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36BAB" w14:textId="77777777" w:rsidR="006D13A5" w:rsidRDefault="006D13A5" w:rsidP="006D13A5">
      <w:pPr>
        <w:pStyle w:val="berschrift2"/>
        <w:rPr>
          <w:sz w:val="28"/>
          <w:szCs w:val="28"/>
          <w:lang w:val="de-CH"/>
        </w:rPr>
      </w:pPr>
    </w:p>
    <w:p w14:paraId="38797B76" w14:textId="2791B3C6" w:rsidR="006D13A5" w:rsidRPr="00C56D35" w:rsidRDefault="006D13A5" w:rsidP="006D13A5">
      <w:pPr>
        <w:pStyle w:val="berschrift2"/>
        <w:rPr>
          <w:color w:val="auto"/>
          <w:sz w:val="24"/>
          <w:szCs w:val="24"/>
          <w:lang w:val="de-CH"/>
        </w:rPr>
      </w:pPr>
      <w:r w:rsidRPr="0039370E">
        <w:rPr>
          <w:color w:val="FF0000"/>
          <w:sz w:val="32"/>
          <w:szCs w:val="32"/>
          <w:lang w:val="de-CH"/>
        </w:rPr>
        <w:t>Selbstdeklaration pro Angebot</w:t>
      </w:r>
      <w:r w:rsidRPr="0039370E">
        <w:rPr>
          <w:color w:val="FF0000"/>
          <w:sz w:val="32"/>
          <w:szCs w:val="32"/>
          <w:lang w:val="de-CH"/>
        </w:rPr>
        <w:br/>
      </w:r>
      <w:r w:rsidRPr="00C56D35">
        <w:rPr>
          <w:rFonts w:ascii="TheSansOffice" w:hAnsi="TheSansOffice"/>
          <w:color w:val="auto"/>
          <w:szCs w:val="28"/>
          <w:lang w:val="de-CH"/>
        </w:rPr>
        <w:t xml:space="preserve">Qualitätskonzept Sprachförderung Basel-Stadt: </w:t>
      </w:r>
      <w:r w:rsidRPr="00C56D35">
        <w:rPr>
          <w:color w:val="auto"/>
          <w:sz w:val="24"/>
          <w:szCs w:val="24"/>
          <w:lang w:val="de-CH"/>
        </w:rPr>
        <w:t xml:space="preserve">Umsetzung der Qualitätskriterien </w:t>
      </w:r>
    </w:p>
    <w:p w14:paraId="73876617" w14:textId="77777777" w:rsidR="006D13A5" w:rsidRDefault="006D13A5" w:rsidP="00CB4A7E">
      <w:pPr>
        <w:spacing w:after="0"/>
        <w:rPr>
          <w:lang w:val="de-CH"/>
        </w:rPr>
      </w:pPr>
    </w:p>
    <w:p w14:paraId="26406CF8" w14:textId="0A465894" w:rsidR="005312F0" w:rsidRPr="00EF6164" w:rsidRDefault="00D818CB" w:rsidP="00992A1D">
      <w:pPr>
        <w:spacing w:after="0" w:line="240" w:lineRule="auto"/>
        <w:rPr>
          <w:sz w:val="24"/>
          <w:lang w:val="de-CH"/>
        </w:rPr>
      </w:pPr>
      <w:sdt>
        <w:sdtPr>
          <w:rPr>
            <w:rFonts w:ascii="TheSansOffice" w:hAnsi="TheSansOffice"/>
            <w:sz w:val="28"/>
            <w:szCs w:val="28"/>
            <w:lang w:val="de-CH"/>
          </w:rPr>
          <w:id w:val="-868226034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8"/>
              <w:szCs w:val="28"/>
              <w:lang w:val="de-CH"/>
            </w:rPr>
            <w:t>☐</w:t>
          </w:r>
        </w:sdtContent>
      </w:sdt>
      <w:r w:rsidR="005312F0" w:rsidRPr="005312F0">
        <w:rPr>
          <w:rFonts w:ascii="TheSansOffice" w:hAnsi="TheSansOffice"/>
          <w:lang w:val="de-CH"/>
        </w:rPr>
        <w:t xml:space="preserve"> </w:t>
      </w:r>
      <w:r w:rsidR="005312F0" w:rsidRPr="0091038B">
        <w:rPr>
          <w:rFonts w:ascii="TheSansOffice" w:hAnsi="TheSansOffice"/>
          <w:b/>
          <w:bCs/>
          <w:lang w:val="de-CH"/>
        </w:rPr>
        <w:t>Bereich Gratis-Deutschkurse GDK</w:t>
      </w:r>
      <w:r w:rsidR="00CD1824">
        <w:rPr>
          <w:rFonts w:ascii="TheSansOffice" w:hAnsi="TheSansOffice"/>
          <w:lang w:val="de-CH"/>
        </w:rPr>
        <w:br/>
      </w:r>
      <w:sdt>
        <w:sdtPr>
          <w:rPr>
            <w:rFonts w:ascii="TheSansOffice" w:hAnsi="TheSansOffice"/>
            <w:sz w:val="28"/>
            <w:szCs w:val="28"/>
            <w:lang w:val="de-CH"/>
          </w:rPr>
          <w:id w:val="-1743557726"/>
          <w15:appearance w15:val="hidden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8"/>
              <w:szCs w:val="28"/>
              <w:lang w:val="de-CH"/>
            </w:rPr>
            <w:t>☐</w:t>
          </w:r>
        </w:sdtContent>
      </w:sdt>
      <w:r w:rsidR="005312F0">
        <w:rPr>
          <w:rFonts w:ascii="TheSansOffice" w:hAnsi="TheSansOffice"/>
          <w:lang w:val="de-CH"/>
        </w:rPr>
        <w:t xml:space="preserve"> </w:t>
      </w:r>
      <w:r w:rsidR="005312F0" w:rsidRPr="0091038B">
        <w:rPr>
          <w:rFonts w:ascii="TheSansOffice" w:hAnsi="TheSansOffice"/>
          <w:b/>
          <w:bCs/>
          <w:lang w:val="de-CH"/>
        </w:rPr>
        <w:t>Bereich Deutsch- und Integrationskurse DIK</w:t>
      </w:r>
      <w:r w:rsidR="005312F0">
        <w:rPr>
          <w:rFonts w:ascii="TheSansOffice" w:hAnsi="TheSansOffice"/>
          <w:lang w:val="de-CH"/>
        </w:rPr>
        <w:tab/>
      </w:r>
      <w:r w:rsidR="005312F0">
        <w:rPr>
          <w:rFonts w:ascii="TheSansOffice" w:hAnsi="TheSansOffice"/>
          <w:lang w:val="de-CH"/>
        </w:rPr>
        <w:tab/>
      </w:r>
      <w:r w:rsidR="005312F0" w:rsidRPr="0091038B">
        <w:rPr>
          <w:rFonts w:ascii="TheSansOffice" w:hAnsi="TheSansOffice"/>
          <w:b/>
          <w:bCs/>
          <w:lang w:val="de-CH"/>
        </w:rPr>
        <w:t>Referenz-Nr.:</w:t>
      </w:r>
      <w:r w:rsidR="005312F0">
        <w:rPr>
          <w:rFonts w:ascii="TheSansOffice" w:hAnsi="TheSansOffice"/>
          <w:lang w:val="de-CH"/>
        </w:rPr>
        <w:t xml:space="preserve"> </w:t>
      </w:r>
      <w:r w:rsidR="005312F0">
        <w:rPr>
          <w:rFonts w:ascii="TheSansOffice" w:hAnsi="TheSansOffice"/>
          <w:lang w:val="de-CH"/>
        </w:rPr>
        <w:tab/>
      </w:r>
      <w:r w:rsidR="00F70525">
        <w:rPr>
          <w:rFonts w:ascii="TheSansOffice" w:hAnsi="TheSansOffice"/>
          <w:sz w:val="24"/>
          <w:szCs w:val="24"/>
          <w:lang w:val="de-CH"/>
        </w:rPr>
        <w:fldChar w:fldCharType="begin">
          <w:ffData>
            <w:name w:val=""/>
            <w:enabled/>
            <w:calcOnExit w:val="0"/>
            <w:textInput>
              <w:maxLength w:val="15"/>
            </w:textInput>
          </w:ffData>
        </w:fldChar>
      </w:r>
      <w:r w:rsidR="00F70525">
        <w:rPr>
          <w:rFonts w:ascii="TheSansOffice" w:hAnsi="TheSansOffice"/>
          <w:sz w:val="24"/>
          <w:szCs w:val="24"/>
          <w:lang w:val="de-CH"/>
        </w:rPr>
        <w:instrText xml:space="preserve"> FORMTEXT </w:instrText>
      </w:r>
      <w:r w:rsidR="00F70525">
        <w:rPr>
          <w:rFonts w:ascii="TheSansOffice" w:hAnsi="TheSansOffice"/>
          <w:sz w:val="24"/>
          <w:szCs w:val="24"/>
          <w:lang w:val="de-CH"/>
        </w:rPr>
      </w:r>
      <w:r w:rsidR="00F70525">
        <w:rPr>
          <w:rFonts w:ascii="TheSansOffice" w:hAnsi="TheSansOffice"/>
          <w:sz w:val="24"/>
          <w:szCs w:val="24"/>
          <w:lang w:val="de-CH"/>
        </w:rPr>
        <w:fldChar w:fldCharType="separate"/>
      </w:r>
      <w:r>
        <w:rPr>
          <w:rFonts w:ascii="TheSansOffice" w:hAnsi="TheSansOffice"/>
          <w:sz w:val="24"/>
          <w:szCs w:val="24"/>
          <w:lang w:val="de-CH"/>
        </w:rPr>
        <w:t> </w:t>
      </w:r>
      <w:r>
        <w:rPr>
          <w:rFonts w:ascii="TheSansOffice" w:hAnsi="TheSansOffice"/>
          <w:sz w:val="24"/>
          <w:szCs w:val="24"/>
          <w:lang w:val="de-CH"/>
        </w:rPr>
        <w:t> </w:t>
      </w:r>
      <w:r>
        <w:rPr>
          <w:rFonts w:ascii="TheSansOffice" w:hAnsi="TheSansOffice"/>
          <w:sz w:val="24"/>
          <w:szCs w:val="24"/>
          <w:lang w:val="de-CH"/>
        </w:rPr>
        <w:t> </w:t>
      </w:r>
      <w:r>
        <w:rPr>
          <w:rFonts w:ascii="TheSansOffice" w:hAnsi="TheSansOffice"/>
          <w:sz w:val="24"/>
          <w:szCs w:val="24"/>
          <w:lang w:val="de-CH"/>
        </w:rPr>
        <w:t> </w:t>
      </w:r>
      <w:r>
        <w:rPr>
          <w:rFonts w:ascii="TheSansOffice" w:hAnsi="TheSansOffice"/>
          <w:sz w:val="24"/>
          <w:szCs w:val="24"/>
          <w:lang w:val="de-CH"/>
        </w:rPr>
        <w:t> </w:t>
      </w:r>
      <w:r w:rsidR="00F70525">
        <w:rPr>
          <w:rFonts w:ascii="TheSansOffice" w:hAnsi="TheSansOffice"/>
          <w:sz w:val="24"/>
          <w:szCs w:val="24"/>
          <w:lang w:val="de-CH"/>
        </w:rPr>
        <w:fldChar w:fldCharType="end"/>
      </w:r>
    </w:p>
    <w:p w14:paraId="142948BF" w14:textId="77777777" w:rsidR="00EF6164" w:rsidRPr="00CB4A7E" w:rsidRDefault="00EF6164" w:rsidP="00EF6164">
      <w:pPr>
        <w:spacing w:after="0"/>
        <w:rPr>
          <w:rFonts w:ascii="TheSansOffice" w:hAnsi="TheSansOffice"/>
          <w:sz w:val="16"/>
          <w:szCs w:val="16"/>
          <w:lang w:val="de-CH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4315"/>
        <w:gridCol w:w="5178"/>
      </w:tblGrid>
      <w:tr w:rsidR="0091038B" w14:paraId="53E0D1DD" w14:textId="77777777" w:rsidTr="005120C5">
        <w:trPr>
          <w:trHeight w:val="567"/>
        </w:trPr>
        <w:tc>
          <w:tcPr>
            <w:tcW w:w="4315" w:type="dxa"/>
            <w:vAlign w:val="center"/>
          </w:tcPr>
          <w:p w14:paraId="4FA51712" w14:textId="203C1B56" w:rsidR="0091038B" w:rsidRPr="0091038B" w:rsidRDefault="0091038B" w:rsidP="0091038B">
            <w:pPr>
              <w:rPr>
                <w:rFonts w:ascii="TheSansOffice" w:hAnsi="TheSansOffice"/>
                <w:b/>
                <w:bCs/>
                <w:lang w:val="de-CH"/>
              </w:rPr>
            </w:pPr>
            <w:r w:rsidRPr="0091038B">
              <w:rPr>
                <w:rFonts w:ascii="TheSansOffice" w:hAnsi="TheSansOffice"/>
                <w:b/>
                <w:bCs/>
                <w:lang w:val="de-CH"/>
              </w:rPr>
              <w:t>Institution/Sprachschule</w:t>
            </w:r>
          </w:p>
        </w:tc>
        <w:tc>
          <w:tcPr>
            <w:tcW w:w="5178" w:type="dxa"/>
            <w:vAlign w:val="center"/>
          </w:tcPr>
          <w:p w14:paraId="0B72F2FF" w14:textId="28C5F528" w:rsidR="0091038B" w:rsidRDefault="00F70525" w:rsidP="0091038B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separate"/>
            </w:r>
            <w:r w:rsidR="00D818CB">
              <w:rPr>
                <w:rFonts w:ascii="TheSansOffice" w:hAnsi="TheSansOffice"/>
                <w:sz w:val="24"/>
                <w:szCs w:val="24"/>
                <w:lang w:val="de-CH"/>
              </w:rPr>
              <w:t> </w:t>
            </w:r>
            <w:r w:rsidR="00D818CB">
              <w:rPr>
                <w:rFonts w:ascii="TheSansOffice" w:hAnsi="TheSansOffice"/>
                <w:sz w:val="24"/>
                <w:szCs w:val="24"/>
                <w:lang w:val="de-CH"/>
              </w:rPr>
              <w:t> </w:t>
            </w:r>
            <w:r w:rsidR="00D818CB">
              <w:rPr>
                <w:rFonts w:ascii="TheSansOffice" w:hAnsi="TheSansOffice"/>
                <w:sz w:val="24"/>
                <w:szCs w:val="24"/>
                <w:lang w:val="de-CH"/>
              </w:rPr>
              <w:t> </w:t>
            </w:r>
            <w:r w:rsidR="00D818CB">
              <w:rPr>
                <w:rFonts w:ascii="TheSansOffice" w:hAnsi="TheSansOffice"/>
                <w:sz w:val="24"/>
                <w:szCs w:val="24"/>
                <w:lang w:val="de-CH"/>
              </w:rPr>
              <w:t> </w:t>
            </w:r>
            <w:r w:rsidR="00D818CB">
              <w:rPr>
                <w:rFonts w:ascii="TheSansOffice" w:hAnsi="TheSansOffice"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end"/>
            </w:r>
          </w:p>
        </w:tc>
      </w:tr>
      <w:tr w:rsidR="0091038B" w14:paraId="6C3DA228" w14:textId="77777777" w:rsidTr="005120C5">
        <w:trPr>
          <w:trHeight w:val="567"/>
        </w:trPr>
        <w:tc>
          <w:tcPr>
            <w:tcW w:w="4315" w:type="dxa"/>
            <w:vAlign w:val="center"/>
          </w:tcPr>
          <w:p w14:paraId="72DFF216" w14:textId="3BFA32CE" w:rsidR="0091038B" w:rsidRPr="0091038B" w:rsidRDefault="0091038B" w:rsidP="0091038B">
            <w:pPr>
              <w:rPr>
                <w:rFonts w:ascii="TheSansOffice" w:hAnsi="TheSansOffice"/>
                <w:b/>
                <w:bCs/>
                <w:lang w:val="de-CH"/>
              </w:rPr>
            </w:pPr>
            <w:r w:rsidRPr="0091038B">
              <w:rPr>
                <w:rFonts w:ascii="TheSansOffice" w:hAnsi="TheSansOffice"/>
                <w:b/>
                <w:bCs/>
                <w:lang w:val="de-CH"/>
              </w:rPr>
              <w:t>Angebotsname</w:t>
            </w:r>
          </w:p>
        </w:tc>
        <w:tc>
          <w:tcPr>
            <w:tcW w:w="5178" w:type="dxa"/>
            <w:vAlign w:val="center"/>
          </w:tcPr>
          <w:p w14:paraId="145717ED" w14:textId="2EE676CA" w:rsidR="0091038B" w:rsidRDefault="00F70525" w:rsidP="0091038B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5"/>
                  </w:textInput>
                </w:ffData>
              </w:fldCha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instrText xml:space="preserve"> FORMTEXT </w:instrTex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separate"/>
            </w:r>
            <w:r w:rsidR="00D818CB">
              <w:rPr>
                <w:rFonts w:ascii="TheSansOffice" w:hAnsi="TheSansOffice"/>
                <w:sz w:val="24"/>
                <w:szCs w:val="24"/>
                <w:lang w:val="de-CH"/>
              </w:rPr>
              <w:t> </w:t>
            </w:r>
            <w:r w:rsidR="00D818CB">
              <w:rPr>
                <w:rFonts w:ascii="TheSansOffice" w:hAnsi="TheSansOffice"/>
                <w:sz w:val="24"/>
                <w:szCs w:val="24"/>
                <w:lang w:val="de-CH"/>
              </w:rPr>
              <w:t> </w:t>
            </w:r>
            <w:r w:rsidR="00D818CB">
              <w:rPr>
                <w:rFonts w:ascii="TheSansOffice" w:hAnsi="TheSansOffice"/>
                <w:sz w:val="24"/>
                <w:szCs w:val="24"/>
                <w:lang w:val="de-CH"/>
              </w:rPr>
              <w:t> </w:t>
            </w:r>
            <w:r w:rsidR="00D818CB">
              <w:rPr>
                <w:rFonts w:ascii="TheSansOffice" w:hAnsi="TheSansOffice"/>
                <w:sz w:val="24"/>
                <w:szCs w:val="24"/>
                <w:lang w:val="de-CH"/>
              </w:rPr>
              <w:t> </w:t>
            </w:r>
            <w:r w:rsidR="00D818CB">
              <w:rPr>
                <w:rFonts w:ascii="TheSansOffice" w:hAnsi="TheSansOffice"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end"/>
            </w:r>
          </w:p>
        </w:tc>
      </w:tr>
    </w:tbl>
    <w:p w14:paraId="7F3324F2" w14:textId="77777777" w:rsidR="0091038B" w:rsidRDefault="0091038B" w:rsidP="00CB4A7E">
      <w:pPr>
        <w:spacing w:after="120"/>
        <w:rPr>
          <w:rFonts w:ascii="TheSansOffice" w:hAnsi="TheSansOffice"/>
          <w:lang w:val="de-CH"/>
        </w:rPr>
      </w:pPr>
    </w:p>
    <w:p w14:paraId="3E4C9542" w14:textId="1E99378B" w:rsidR="00E2765C" w:rsidRPr="007E6B91" w:rsidRDefault="006355FA" w:rsidP="00CB4A7E">
      <w:pPr>
        <w:pStyle w:val="berschrift2"/>
        <w:spacing w:before="120"/>
        <w:rPr>
          <w:rFonts w:ascii="TheSansOffice" w:hAnsi="TheSansOffice"/>
          <w:color w:val="EE0000"/>
          <w:sz w:val="22"/>
          <w:szCs w:val="22"/>
          <w:lang w:val="de-CH"/>
        </w:rPr>
      </w:pP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>Kriterium a) Nachhaltiger Kompetenzaufbau</w:t>
      </w:r>
    </w:p>
    <w:p w14:paraId="3B2B8723" w14:textId="56BC580A" w:rsidR="00D126B3" w:rsidRPr="007E6B91" w:rsidRDefault="00D126B3" w:rsidP="00D126B3">
      <w:pPr>
        <w:rPr>
          <w:rFonts w:ascii="TheSansOffice" w:hAnsi="TheSansOffice"/>
          <w:lang w:val="de-CH"/>
        </w:rPr>
      </w:pPr>
      <w:r w:rsidRPr="007E6B91">
        <w:rPr>
          <w:rFonts w:ascii="TheSansOffice" w:hAnsi="TheSansOffice"/>
          <w:lang w:val="de-CH"/>
        </w:rPr>
        <w:t>Lernprozesse so gestalten, dass Kompetenzen langfristig verankert werden und Transfer in Alltag, Beruf und Bildung gelingt. Weiterlernen wird gefördert.</w:t>
      </w:r>
    </w:p>
    <w:tbl>
      <w:tblPr>
        <w:tblStyle w:val="Tabellenraster"/>
        <w:tblW w:w="9473" w:type="dxa"/>
        <w:tblLook w:val="04A0" w:firstRow="1" w:lastRow="0" w:firstColumn="1" w:lastColumn="0" w:noHBand="0" w:noVBand="1"/>
      </w:tblPr>
      <w:tblGrid>
        <w:gridCol w:w="6123"/>
        <w:gridCol w:w="1117"/>
        <w:gridCol w:w="1116"/>
        <w:gridCol w:w="1117"/>
      </w:tblGrid>
      <w:tr w:rsidR="00E2765C" w:rsidRPr="007E6B91" w14:paraId="4113B057" w14:textId="77777777" w:rsidTr="004A49C3">
        <w:trPr>
          <w:trHeight w:val="227"/>
        </w:trPr>
        <w:tc>
          <w:tcPr>
            <w:tcW w:w="6123" w:type="dxa"/>
            <w:shd w:val="clear" w:color="auto" w:fill="D9D9D9" w:themeFill="background1" w:themeFillShade="D9"/>
          </w:tcPr>
          <w:p w14:paraId="6849EAF1" w14:textId="7203F031" w:rsidR="00E2765C" w:rsidRPr="007E6B91" w:rsidRDefault="00E2765C" w:rsidP="00921BED">
            <w:pPr>
              <w:rPr>
                <w:rFonts w:ascii="TheSansOffice" w:hAnsi="TheSansOffice"/>
                <w:lang w:val="de-CH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</w:tcPr>
          <w:p w14:paraId="76C70766" w14:textId="2D523AD1" w:rsidR="00E2765C" w:rsidRPr="007E6B91" w:rsidRDefault="00E2765C" w:rsidP="0091038B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Ja</w:t>
            </w:r>
          </w:p>
        </w:tc>
        <w:tc>
          <w:tcPr>
            <w:tcW w:w="1116" w:type="dxa"/>
            <w:shd w:val="clear" w:color="auto" w:fill="D9D9D9" w:themeFill="background1" w:themeFillShade="D9"/>
          </w:tcPr>
          <w:p w14:paraId="4C73CAD1" w14:textId="46A733B9" w:rsidR="00E2765C" w:rsidRPr="007E6B91" w:rsidRDefault="00E2765C" w:rsidP="0091038B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Teilweise</w:t>
            </w:r>
          </w:p>
        </w:tc>
        <w:tc>
          <w:tcPr>
            <w:tcW w:w="1117" w:type="dxa"/>
            <w:shd w:val="clear" w:color="auto" w:fill="D9D9D9" w:themeFill="background1" w:themeFillShade="D9"/>
          </w:tcPr>
          <w:p w14:paraId="11388A06" w14:textId="17782B35" w:rsidR="00E2765C" w:rsidRPr="007E6B91" w:rsidRDefault="00E2765C" w:rsidP="0091038B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Nein</w:t>
            </w:r>
          </w:p>
        </w:tc>
      </w:tr>
      <w:tr w:rsidR="00721D0B" w:rsidRPr="007E6B91" w14:paraId="21504FD2" w14:textId="77777777" w:rsidTr="00681963">
        <w:trPr>
          <w:trHeight w:val="227"/>
        </w:trPr>
        <w:tc>
          <w:tcPr>
            <w:tcW w:w="6123" w:type="dxa"/>
          </w:tcPr>
          <w:p w14:paraId="673FDB19" w14:textId="77777777" w:rsidR="00721D0B" w:rsidRPr="007E6B91" w:rsidRDefault="00721D0B" w:rsidP="00721D0B">
            <w:pPr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Machen Sie Lernziele und Lernfortschritte für die Teilnehmenden transparent?</w:t>
            </w:r>
          </w:p>
        </w:tc>
        <w:tc>
          <w:tcPr>
            <w:tcW w:w="1117" w:type="dxa"/>
            <w:vAlign w:val="center"/>
          </w:tcPr>
          <w:p w14:paraId="17C53868" w14:textId="05A0747C" w:rsidR="00721D0B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202894094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7A0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0411BDF5" w14:textId="7A756F00" w:rsidR="00721D0B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206629877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7A0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37B1211E" w14:textId="2A44CEF8" w:rsidR="00721D0B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205750181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7A0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</w:tr>
      <w:tr w:rsidR="00721D0B" w:rsidRPr="007E6B91" w14:paraId="4F32439A" w14:textId="77777777" w:rsidTr="00681963">
        <w:trPr>
          <w:trHeight w:val="227"/>
        </w:trPr>
        <w:tc>
          <w:tcPr>
            <w:tcW w:w="6123" w:type="dxa"/>
          </w:tcPr>
          <w:p w14:paraId="5CF27C30" w14:textId="77777777" w:rsidR="00721D0B" w:rsidRPr="007E6B91" w:rsidRDefault="00721D0B" w:rsidP="00721D0B">
            <w:pPr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Planen Sie Wiederholungs- und Vertiefungsphasen systematisch in den Unterricht ein?</w:t>
            </w:r>
          </w:p>
        </w:tc>
        <w:tc>
          <w:tcPr>
            <w:tcW w:w="1117" w:type="dxa"/>
            <w:vAlign w:val="center"/>
          </w:tcPr>
          <w:p w14:paraId="5D9315A0" w14:textId="2E5BFB32" w:rsidR="00721D0B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14943262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7A0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6EB1934F" w14:textId="532E8605" w:rsidR="00721D0B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33611265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7A0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2D6D2507" w14:textId="5AF5C3BE" w:rsidR="00721D0B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212190939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7A0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</w:tr>
      <w:tr w:rsidR="00721D0B" w:rsidRPr="007E6B91" w14:paraId="03A3365F" w14:textId="77777777" w:rsidTr="00681963">
        <w:trPr>
          <w:trHeight w:val="227"/>
        </w:trPr>
        <w:tc>
          <w:tcPr>
            <w:tcW w:w="6123" w:type="dxa"/>
          </w:tcPr>
          <w:p w14:paraId="4B24B81A" w14:textId="77C615B2" w:rsidR="00721D0B" w:rsidRPr="007E6B91" w:rsidRDefault="00721D0B" w:rsidP="00721D0B">
            <w:pPr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 xml:space="preserve">Fördern Sie den Transfer des Gelernten in Alltag, Beruf oder </w:t>
            </w:r>
            <w:r w:rsidR="00626795">
              <w:rPr>
                <w:rFonts w:ascii="TheSansOffice" w:hAnsi="TheSansOffice"/>
                <w:lang w:val="de-CH"/>
              </w:rPr>
              <w:br/>
            </w:r>
            <w:r w:rsidRPr="007E6B91">
              <w:rPr>
                <w:rFonts w:ascii="TheSansOffice" w:hAnsi="TheSansOffice"/>
                <w:lang w:val="de-CH"/>
              </w:rPr>
              <w:t>Bildung gezielt?</w:t>
            </w:r>
          </w:p>
        </w:tc>
        <w:tc>
          <w:tcPr>
            <w:tcW w:w="1117" w:type="dxa"/>
            <w:vAlign w:val="center"/>
          </w:tcPr>
          <w:p w14:paraId="5AB78AD8" w14:textId="37738945" w:rsidR="00721D0B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16893432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7A0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4E5672A9" w14:textId="1B5C60CB" w:rsidR="00721D0B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09775740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7A0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65799057" w14:textId="63678E5E" w:rsidR="00721D0B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42923436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D0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721D0B" w:rsidRPr="007E6B91" w14:paraId="38437672" w14:textId="77777777" w:rsidTr="00681963">
        <w:trPr>
          <w:trHeight w:val="227"/>
        </w:trPr>
        <w:tc>
          <w:tcPr>
            <w:tcW w:w="6123" w:type="dxa"/>
          </w:tcPr>
          <w:p w14:paraId="6D96EBC2" w14:textId="053B4F98" w:rsidR="00721D0B" w:rsidRPr="007E6B91" w:rsidRDefault="00721D0B" w:rsidP="00721D0B">
            <w:pPr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 xml:space="preserve">Unterstützen Sie die Teilnehmenden beim selbstständigen </w:t>
            </w:r>
            <w:r w:rsidR="00626795">
              <w:rPr>
                <w:rFonts w:ascii="TheSansOffice" w:hAnsi="TheSansOffice"/>
                <w:lang w:val="de-CH"/>
              </w:rPr>
              <w:br/>
            </w:r>
            <w:r w:rsidRPr="007E6B91">
              <w:rPr>
                <w:rFonts w:ascii="TheSansOffice" w:hAnsi="TheSansOffice"/>
                <w:lang w:val="de-CH"/>
              </w:rPr>
              <w:t>Weiterlernen?</w:t>
            </w:r>
          </w:p>
        </w:tc>
        <w:tc>
          <w:tcPr>
            <w:tcW w:w="1117" w:type="dxa"/>
            <w:vAlign w:val="center"/>
          </w:tcPr>
          <w:p w14:paraId="51DF514F" w14:textId="0F1372E4" w:rsidR="00721D0B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7796448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D0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7F3F29D3" w14:textId="3F202EC8" w:rsidR="00721D0B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00139448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D0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35347399" w14:textId="4675DAB9" w:rsidR="00721D0B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77956943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D0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721D0B" w:rsidRPr="007E6B91" w14:paraId="54555145" w14:textId="77777777" w:rsidTr="00681963">
        <w:trPr>
          <w:trHeight w:val="227"/>
        </w:trPr>
        <w:tc>
          <w:tcPr>
            <w:tcW w:w="6123" w:type="dxa"/>
          </w:tcPr>
          <w:p w14:paraId="10DCD969" w14:textId="77777777" w:rsidR="00626795" w:rsidRDefault="00721D0B" w:rsidP="00721D0B">
            <w:pPr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 xml:space="preserve">Ermöglichen Sie individuelle Lernschwerpunkte innerhalb des </w:t>
            </w:r>
          </w:p>
          <w:p w14:paraId="7ED608DE" w14:textId="4F692C7F" w:rsidR="00721D0B" w:rsidRPr="007E6B91" w:rsidRDefault="00721D0B" w:rsidP="00721D0B">
            <w:pPr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Angebots?</w:t>
            </w:r>
          </w:p>
        </w:tc>
        <w:tc>
          <w:tcPr>
            <w:tcW w:w="1117" w:type="dxa"/>
            <w:vAlign w:val="center"/>
          </w:tcPr>
          <w:p w14:paraId="741F370A" w14:textId="774AAF53" w:rsidR="00721D0B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94793312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2B4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6C8F675A" w14:textId="0A2FD6DC" w:rsidR="00721D0B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24587915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D0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547CD71D" w14:textId="57E9BA8C" w:rsidR="00721D0B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28073161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D0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7572B4" w:rsidRPr="007572B4" w14:paraId="2BAA2B9C" w14:textId="77777777" w:rsidTr="00681963">
        <w:trPr>
          <w:trHeight w:val="227"/>
        </w:trPr>
        <w:tc>
          <w:tcPr>
            <w:tcW w:w="6123" w:type="dxa"/>
          </w:tcPr>
          <w:p w14:paraId="12557A7C" w14:textId="038D3963" w:rsidR="007572B4" w:rsidRPr="007E6B91" w:rsidRDefault="007572B4" w:rsidP="00721D0B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 xml:space="preserve">Bereiten Sie die Übergänge in nächste Lernschritte oder </w:t>
            </w:r>
            <w:r w:rsidR="00626795">
              <w:rPr>
                <w:rFonts w:ascii="TheSansOffice" w:hAnsi="TheSansOffice"/>
                <w:lang w:val="de-CH"/>
              </w:rPr>
              <w:br/>
            </w:r>
            <w:r>
              <w:rPr>
                <w:rFonts w:ascii="TheSansOffice" w:hAnsi="TheSansOffice"/>
                <w:lang w:val="de-CH"/>
              </w:rPr>
              <w:t>Anschlussangebote vor?</w:t>
            </w:r>
          </w:p>
        </w:tc>
        <w:tc>
          <w:tcPr>
            <w:tcW w:w="1117" w:type="dxa"/>
            <w:vAlign w:val="center"/>
          </w:tcPr>
          <w:p w14:paraId="744892F4" w14:textId="08D47356" w:rsidR="007572B4" w:rsidRPr="007E6B91" w:rsidRDefault="00D818CB" w:rsidP="0091038B">
            <w:pPr>
              <w:jc w:val="center"/>
              <w:rPr>
                <w:rFonts w:ascii="Segoe UI Symbol" w:eastAsia="MS Gothic" w:hAnsi="Segoe UI Symbol" w:cs="Segoe UI Symbol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206902016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2B4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1F3A856A" w14:textId="2093D06A" w:rsidR="007572B4" w:rsidRPr="007E6B91" w:rsidRDefault="00D818CB" w:rsidP="0091038B">
            <w:pPr>
              <w:jc w:val="center"/>
              <w:rPr>
                <w:rFonts w:ascii="Segoe UI Symbol" w:eastAsia="MS Gothic" w:hAnsi="Segoe UI Symbol" w:cs="Segoe UI Symbol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29691327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2B4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231D0734" w14:textId="027DB502" w:rsidR="007572B4" w:rsidRPr="007E6B91" w:rsidRDefault="00D818CB" w:rsidP="0091038B">
            <w:pPr>
              <w:jc w:val="center"/>
              <w:rPr>
                <w:rFonts w:ascii="Segoe UI Symbol" w:eastAsia="MS Gothic" w:hAnsi="Segoe UI Symbol" w:cs="Segoe UI Symbol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01730251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72B4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</w:tr>
    </w:tbl>
    <w:p w14:paraId="0FA1BE28" w14:textId="77777777" w:rsidR="0091038B" w:rsidRDefault="0091038B" w:rsidP="004A49C3">
      <w:pPr>
        <w:spacing w:after="0"/>
        <w:ind w:right="-716"/>
        <w:rPr>
          <w:rFonts w:ascii="TheSansOffice" w:hAnsi="TheSansOffice"/>
          <w:lang w:val="de-CH"/>
        </w:rPr>
      </w:pPr>
    </w:p>
    <w:p w14:paraId="4052A9F9" w14:textId="62C2CF0D" w:rsidR="004A49C3" w:rsidRPr="007E6B91" w:rsidRDefault="004A49C3" w:rsidP="004A49C3">
      <w:pPr>
        <w:spacing w:after="0"/>
        <w:ind w:right="-716"/>
        <w:rPr>
          <w:rFonts w:ascii="TheSansOffice" w:hAnsi="TheSansOffice"/>
          <w:lang w:val="de-CH"/>
        </w:rPr>
      </w:pPr>
      <w:r w:rsidRPr="007E6B91">
        <w:rPr>
          <w:rFonts w:ascii="TheSansOffice" w:hAnsi="TheSansOffice"/>
          <w:lang w:val="de-CH"/>
        </w:rPr>
        <w:t xml:space="preserve">Über welche Nachweise verfügen Sie, die die Umsetzung dieses Qualitätskriteriums dokumentieren und </w:t>
      </w:r>
      <w:r w:rsidR="005120C5">
        <w:rPr>
          <w:rFonts w:ascii="TheSansOffice" w:hAnsi="TheSansOffice"/>
          <w:lang w:val="de-CH"/>
        </w:rPr>
        <w:br/>
      </w:r>
      <w:r w:rsidRPr="007E6B91">
        <w:rPr>
          <w:rFonts w:ascii="TheSansOffice" w:hAnsi="TheSansOffice"/>
          <w:lang w:val="de-CH"/>
        </w:rPr>
        <w:t>auf Anfrage vorgelegt werden können?</w:t>
      </w:r>
    </w:p>
    <w:p w14:paraId="1BEC799B" w14:textId="77777777" w:rsidR="00921BED" w:rsidRPr="005120C5" w:rsidRDefault="00921BED" w:rsidP="004A49C3">
      <w:pPr>
        <w:spacing w:after="0"/>
        <w:ind w:right="-716"/>
        <w:rPr>
          <w:rFonts w:ascii="TheSansOffice" w:hAnsi="TheSansOffice"/>
          <w:sz w:val="20"/>
          <w:szCs w:val="20"/>
          <w:lang w:val="de-CH"/>
        </w:rPr>
      </w:pPr>
    </w:p>
    <w:tbl>
      <w:tblPr>
        <w:tblStyle w:val="Tabellenraster"/>
        <w:tblW w:w="9426" w:type="dxa"/>
        <w:tblInd w:w="38" w:type="dxa"/>
        <w:tblLook w:val="04A0" w:firstRow="1" w:lastRow="0" w:firstColumn="1" w:lastColumn="0" w:noHBand="0" w:noVBand="1"/>
      </w:tblPr>
      <w:tblGrid>
        <w:gridCol w:w="4890"/>
        <w:gridCol w:w="4536"/>
      </w:tblGrid>
      <w:tr w:rsidR="00921BED" w:rsidRPr="007E6B91" w14:paraId="6A184CFD" w14:textId="77777777" w:rsidTr="00921BED">
        <w:tc>
          <w:tcPr>
            <w:tcW w:w="4890" w:type="dxa"/>
          </w:tcPr>
          <w:p w14:paraId="5B5561B8" w14:textId="77E623C4" w:rsidR="00921BED" w:rsidRPr="007E6B91" w:rsidRDefault="00D818CB" w:rsidP="00921BED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7654512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D0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  <w:r w:rsidR="00921BED" w:rsidRPr="007E6B91">
              <w:rPr>
                <w:rFonts w:ascii="TheSansOffice" w:hAnsi="TheSansOffice" w:cs="Segoe UI Symbol"/>
                <w:lang w:val="de-CH"/>
              </w:rPr>
              <w:t xml:space="preserve"> </w:t>
            </w:r>
            <w:r w:rsidR="00921BED" w:rsidRPr="007E6B91">
              <w:rPr>
                <w:rFonts w:ascii="TheSansOffice" w:hAnsi="TheSansOffice"/>
                <w:lang w:val="de-CH"/>
              </w:rPr>
              <w:t>Kompetenz-, Lernzielraster</w:t>
            </w:r>
          </w:p>
        </w:tc>
        <w:tc>
          <w:tcPr>
            <w:tcW w:w="4536" w:type="dxa"/>
          </w:tcPr>
          <w:p w14:paraId="7592A3C3" w14:textId="1CB3BACC" w:rsidR="00921BED" w:rsidRPr="007E6B91" w:rsidRDefault="00D818CB" w:rsidP="00921BED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37800618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D0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  <w:r w:rsidR="00921BED" w:rsidRPr="007E6B91">
              <w:rPr>
                <w:rFonts w:ascii="TheSansOffice" w:hAnsi="TheSansOffice"/>
                <w:lang w:val="de-CH"/>
              </w:rPr>
              <w:t xml:space="preserve"> Lernjournale</w:t>
            </w:r>
          </w:p>
        </w:tc>
      </w:tr>
      <w:tr w:rsidR="00921BED" w:rsidRPr="007E6B91" w14:paraId="78285580" w14:textId="77777777" w:rsidTr="00921BED">
        <w:tc>
          <w:tcPr>
            <w:tcW w:w="4890" w:type="dxa"/>
          </w:tcPr>
          <w:p w14:paraId="414E63DF" w14:textId="6A297C4A" w:rsidR="00921BED" w:rsidRPr="007E6B91" w:rsidRDefault="00D818CB" w:rsidP="00921BED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44838286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D0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  <w:r w:rsidR="00921BED" w:rsidRPr="007E6B91">
              <w:rPr>
                <w:rFonts w:ascii="TheSansOffice" w:hAnsi="TheSansOffice"/>
                <w:lang w:val="de-CH"/>
              </w:rPr>
              <w:t xml:space="preserve"> Lernstandsbeobachtungen</w:t>
            </w:r>
          </w:p>
        </w:tc>
        <w:tc>
          <w:tcPr>
            <w:tcW w:w="4536" w:type="dxa"/>
          </w:tcPr>
          <w:p w14:paraId="775A334E" w14:textId="2B225101" w:rsidR="00921BED" w:rsidRPr="007E6B91" w:rsidRDefault="00D818CB" w:rsidP="00921BED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20896391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D0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  <w:r w:rsidR="00921BED" w:rsidRPr="007E6B91">
              <w:rPr>
                <w:rFonts w:ascii="TheSansOffice" w:hAnsi="TheSansOffice"/>
                <w:lang w:val="de-CH"/>
              </w:rPr>
              <w:t xml:space="preserve"> Feedbackgespräche</w:t>
            </w:r>
          </w:p>
        </w:tc>
      </w:tr>
      <w:tr w:rsidR="00921BED" w:rsidRPr="007E6B91" w14:paraId="01D542B6" w14:textId="77777777" w:rsidTr="00921BED">
        <w:tc>
          <w:tcPr>
            <w:tcW w:w="4890" w:type="dxa"/>
          </w:tcPr>
          <w:p w14:paraId="3E64FFBE" w14:textId="3AC5FEE6" w:rsidR="00921BED" w:rsidRPr="007E6B91" w:rsidRDefault="00D818CB" w:rsidP="00921BED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70346452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D0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  <w:r w:rsidR="00921BED" w:rsidRPr="007E6B91">
              <w:rPr>
                <w:rFonts w:ascii="TheSansOffice" w:hAnsi="TheSansOffice"/>
                <w:lang w:val="de-CH"/>
              </w:rPr>
              <w:t xml:space="preserve"> Kurs-, Unterrichtsplanungen</w:t>
            </w:r>
          </w:p>
        </w:tc>
        <w:tc>
          <w:tcPr>
            <w:tcW w:w="4536" w:type="dxa"/>
          </w:tcPr>
          <w:p w14:paraId="43B3F9C2" w14:textId="76BD8D6D" w:rsidR="00921BED" w:rsidRPr="007E6B91" w:rsidRDefault="00D818CB" w:rsidP="00921BED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93124210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D0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  <w:r w:rsidR="00921BED" w:rsidRPr="007E6B91">
              <w:rPr>
                <w:rFonts w:ascii="TheSansOffice" w:hAnsi="TheSansOffice"/>
                <w:lang w:val="de-CH"/>
              </w:rPr>
              <w:t xml:space="preserve"> Transfer-, Reflexionsaufträge</w:t>
            </w:r>
          </w:p>
        </w:tc>
      </w:tr>
      <w:tr w:rsidR="00921BED" w:rsidRPr="007E6B91" w14:paraId="5BA41B28" w14:textId="77777777" w:rsidTr="00921BED">
        <w:tc>
          <w:tcPr>
            <w:tcW w:w="4890" w:type="dxa"/>
          </w:tcPr>
          <w:p w14:paraId="6D6CFB75" w14:textId="5BDF2CD5" w:rsidR="00921BED" w:rsidRPr="007E6B91" w:rsidRDefault="00D818CB" w:rsidP="0009065D">
            <w:pPr>
              <w:ind w:left="276" w:hanging="276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21349276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D0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  <w:r w:rsidR="00921BED" w:rsidRPr="007E6B91">
              <w:rPr>
                <w:rFonts w:ascii="TheSansOffice" w:hAnsi="TheSansOffice"/>
                <w:lang w:val="de-CH"/>
              </w:rPr>
              <w:t xml:space="preserve"> Dokumentation </w:t>
            </w:r>
            <w:r w:rsidR="00B233AA">
              <w:rPr>
                <w:rFonts w:ascii="TheSansOffice" w:hAnsi="TheSansOffice"/>
                <w:lang w:val="de-CH"/>
              </w:rPr>
              <w:t xml:space="preserve">zu </w:t>
            </w:r>
            <w:r w:rsidR="00921BED" w:rsidRPr="007E6B91">
              <w:rPr>
                <w:rFonts w:ascii="TheSansOffice" w:hAnsi="TheSansOffice"/>
                <w:lang w:val="de-CH"/>
              </w:rPr>
              <w:t xml:space="preserve">Übergängen </w:t>
            </w:r>
            <w:r w:rsidR="00B233AA">
              <w:rPr>
                <w:rFonts w:ascii="TheSansOffice" w:hAnsi="TheSansOffice"/>
                <w:lang w:val="de-CH"/>
              </w:rPr>
              <w:t xml:space="preserve">in nächste </w:t>
            </w:r>
            <w:r w:rsidR="00626795">
              <w:rPr>
                <w:rFonts w:ascii="TheSansOffice" w:hAnsi="TheSansOffice"/>
                <w:lang w:val="de-CH"/>
              </w:rPr>
              <w:br/>
            </w:r>
            <w:r w:rsidR="00B233AA">
              <w:rPr>
                <w:rFonts w:ascii="TheSansOffice" w:hAnsi="TheSansOffice"/>
                <w:lang w:val="de-CH"/>
              </w:rPr>
              <w:t>Lernschritte oder Anschlussangebote</w:t>
            </w:r>
          </w:p>
        </w:tc>
        <w:tc>
          <w:tcPr>
            <w:tcW w:w="4536" w:type="dxa"/>
          </w:tcPr>
          <w:p w14:paraId="08F7B251" w14:textId="1F57ACB1" w:rsidR="00921BED" w:rsidRPr="007E6B91" w:rsidRDefault="00D818CB" w:rsidP="00921BED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34274239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D0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  <w:r w:rsidR="00921BED" w:rsidRPr="007E6B91">
              <w:rPr>
                <w:rFonts w:ascii="TheSansOffice" w:hAnsi="TheSansOffice"/>
                <w:lang w:val="de-CH"/>
              </w:rPr>
              <w:t xml:space="preserve"> Selbsteinschätzungen der Teilnehmenden </w:t>
            </w:r>
          </w:p>
        </w:tc>
      </w:tr>
      <w:tr w:rsidR="00921BED" w:rsidRPr="007E6B91" w14:paraId="22172509" w14:textId="77777777">
        <w:tc>
          <w:tcPr>
            <w:tcW w:w="9426" w:type="dxa"/>
            <w:gridSpan w:val="2"/>
          </w:tcPr>
          <w:p w14:paraId="77C51782" w14:textId="267B01F6" w:rsidR="00921BED" w:rsidRPr="007E6B91" w:rsidRDefault="00D818CB" w:rsidP="00921BED">
            <w:pPr>
              <w:rPr>
                <w:rFonts w:ascii="TheSansOffice" w:hAnsi="TheSansOffice" w:cs="Segoe UI Symbol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84354360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21D0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  <w:r w:rsidR="00921BED" w:rsidRPr="007E6B91">
              <w:rPr>
                <w:rFonts w:ascii="TheSansOffice" w:hAnsi="TheSansOffice" w:cs="Segoe UI Symbol"/>
                <w:lang w:val="de-CH"/>
              </w:rPr>
              <w:t xml:space="preserve"> Anderes</w:t>
            </w:r>
            <w:r w:rsidR="00E75772" w:rsidRPr="007E6B91">
              <w:rPr>
                <w:rFonts w:ascii="TheSansOffice" w:hAnsi="TheSansOffice" w:cs="Segoe UI Symbol"/>
                <w:lang w:val="de-CH"/>
              </w:rPr>
              <w:t>/Weiteres:</w:t>
            </w:r>
          </w:p>
          <w:p w14:paraId="22975150" w14:textId="66064E64" w:rsidR="00921BED" w:rsidRPr="00F70525" w:rsidRDefault="00F70525" w:rsidP="00F70525">
            <w:pPr>
              <w:rPr>
                <w:rFonts w:ascii="TheSansOffice" w:hAnsi="TheSansOffice" w:cs="Segoe UI Symbol"/>
                <w:lang w:val="de-CH"/>
              </w:rPr>
            </w:pP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8F1A60">
              <w:rPr>
                <w:rFonts w:ascii="TheSansOffice" w:hAnsi="TheSansOffice"/>
                <w:sz w:val="24"/>
                <w:szCs w:val="24"/>
              </w:rPr>
              <w:instrText xml:space="preserve"> FORMTEXT </w:instrTex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separate"/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end"/>
            </w:r>
          </w:p>
        </w:tc>
      </w:tr>
    </w:tbl>
    <w:p w14:paraId="046C1CB2" w14:textId="6B03B177" w:rsidR="007E6B91" w:rsidRPr="007E6B91" w:rsidRDefault="007E6B91" w:rsidP="007E6B91">
      <w:pPr>
        <w:pStyle w:val="berschrift2"/>
        <w:rPr>
          <w:rFonts w:ascii="TheSansOffice" w:hAnsi="TheSansOffice"/>
          <w:color w:val="EE0000"/>
          <w:sz w:val="22"/>
          <w:szCs w:val="22"/>
          <w:lang w:val="de-CH"/>
        </w:rPr>
      </w:pP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lastRenderedPageBreak/>
        <w:t>Kriterium b) Didaktik</w:t>
      </w:r>
    </w:p>
    <w:p w14:paraId="42957942" w14:textId="1BC7C51E" w:rsidR="007E6B91" w:rsidRPr="007E6B91" w:rsidRDefault="007E6B91" w:rsidP="007E6B91">
      <w:pPr>
        <w:rPr>
          <w:rFonts w:ascii="TheSansOffice" w:hAnsi="TheSansOffice"/>
          <w:lang w:val="de-CH"/>
        </w:rPr>
      </w:pPr>
      <w:r w:rsidRPr="007E6B91">
        <w:rPr>
          <w:rFonts w:ascii="TheSansOffice" w:hAnsi="TheSansOffice"/>
          <w:lang w:val="de-CH"/>
        </w:rPr>
        <w:t xml:space="preserve">Die GeR-Stufen bilden die Basis der Unterrichtsgestaltung. Der Unterricht ist teilnehmenden- und handlungsorientiert gestaltet. Er fördert die aktive Beteiligung, die Reflexion und den Transfer in Alltag und </w:t>
      </w:r>
      <w:r w:rsidR="00626795">
        <w:rPr>
          <w:rFonts w:ascii="TheSansOffice" w:hAnsi="TheSansOffice"/>
          <w:lang w:val="de-CH"/>
        </w:rPr>
        <w:br/>
      </w:r>
      <w:r w:rsidRPr="007E6B91">
        <w:rPr>
          <w:rFonts w:ascii="TheSansOffice" w:hAnsi="TheSansOffice"/>
          <w:lang w:val="de-CH"/>
        </w:rPr>
        <w:t>Beruf und setzt digitale Elemente gezielt ergänzend ein.</w:t>
      </w:r>
    </w:p>
    <w:tbl>
      <w:tblPr>
        <w:tblStyle w:val="Tabellenraster"/>
        <w:tblW w:w="9473" w:type="dxa"/>
        <w:tblLook w:val="04A0" w:firstRow="1" w:lastRow="0" w:firstColumn="1" w:lastColumn="0" w:noHBand="0" w:noVBand="1"/>
      </w:tblPr>
      <w:tblGrid>
        <w:gridCol w:w="6123"/>
        <w:gridCol w:w="1117"/>
        <w:gridCol w:w="1116"/>
        <w:gridCol w:w="1117"/>
      </w:tblGrid>
      <w:tr w:rsidR="007E6B91" w:rsidRPr="007E6B91" w14:paraId="62CDAFCC" w14:textId="77777777">
        <w:trPr>
          <w:trHeight w:val="227"/>
        </w:trPr>
        <w:tc>
          <w:tcPr>
            <w:tcW w:w="6123" w:type="dxa"/>
            <w:shd w:val="clear" w:color="auto" w:fill="D9D9D9" w:themeFill="background1" w:themeFillShade="D9"/>
          </w:tcPr>
          <w:p w14:paraId="7B59B356" w14:textId="77777777" w:rsidR="007E6B91" w:rsidRPr="007E6B91" w:rsidRDefault="007E6B91">
            <w:pPr>
              <w:rPr>
                <w:rFonts w:ascii="TheSansOffice" w:hAnsi="TheSansOffice"/>
                <w:lang w:val="de-CH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</w:tcPr>
          <w:p w14:paraId="3B41ECB1" w14:textId="77777777" w:rsidR="007E6B91" w:rsidRPr="007E6B91" w:rsidRDefault="007E6B91" w:rsidP="0091038B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Ja</w:t>
            </w:r>
          </w:p>
        </w:tc>
        <w:tc>
          <w:tcPr>
            <w:tcW w:w="1116" w:type="dxa"/>
            <w:shd w:val="clear" w:color="auto" w:fill="D9D9D9" w:themeFill="background1" w:themeFillShade="D9"/>
          </w:tcPr>
          <w:p w14:paraId="6B222547" w14:textId="77777777" w:rsidR="007E6B91" w:rsidRPr="007E6B91" w:rsidRDefault="007E6B91" w:rsidP="0091038B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Teilweise</w:t>
            </w:r>
          </w:p>
        </w:tc>
        <w:tc>
          <w:tcPr>
            <w:tcW w:w="1117" w:type="dxa"/>
            <w:shd w:val="clear" w:color="auto" w:fill="D9D9D9" w:themeFill="background1" w:themeFillShade="D9"/>
          </w:tcPr>
          <w:p w14:paraId="17FD12FA" w14:textId="77777777" w:rsidR="007E6B91" w:rsidRPr="007E6B91" w:rsidRDefault="007E6B91" w:rsidP="0091038B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Nein</w:t>
            </w:r>
          </w:p>
        </w:tc>
      </w:tr>
      <w:tr w:rsidR="007E6B91" w:rsidRPr="007E6B91" w14:paraId="45E400FA" w14:textId="77777777" w:rsidTr="00681963">
        <w:trPr>
          <w:trHeight w:val="227"/>
        </w:trPr>
        <w:tc>
          <w:tcPr>
            <w:tcW w:w="6123" w:type="dxa"/>
          </w:tcPr>
          <w:p w14:paraId="07DE210B" w14:textId="0C56355B" w:rsidR="007E6B91" w:rsidRPr="007E6B91" w:rsidRDefault="007E6B91">
            <w:pPr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Orientiert sich Ihr Unterricht an den GeR-Stufen?</w:t>
            </w:r>
          </w:p>
        </w:tc>
        <w:tc>
          <w:tcPr>
            <w:tcW w:w="1117" w:type="dxa"/>
            <w:vAlign w:val="center"/>
          </w:tcPr>
          <w:p w14:paraId="6FA6671A" w14:textId="37EF70C5" w:rsidR="007E6B91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49006373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6795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5DCE54EB" w14:textId="77777777" w:rsidR="007E6B91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208937270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9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4F9C9A9B" w14:textId="77777777" w:rsidR="007E6B91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75270941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9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7E6B91" w:rsidRPr="007E6B91" w14:paraId="563D85A4" w14:textId="77777777" w:rsidTr="00681963">
        <w:trPr>
          <w:trHeight w:val="227"/>
        </w:trPr>
        <w:tc>
          <w:tcPr>
            <w:tcW w:w="6123" w:type="dxa"/>
          </w:tcPr>
          <w:p w14:paraId="57065A66" w14:textId="59E1CC4A" w:rsidR="007E6B91" w:rsidRPr="007E6B91" w:rsidRDefault="007E6B91">
            <w:pPr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 xml:space="preserve">Arbeiten Sie mit handlungsorientierten und alltagsnahen </w:t>
            </w:r>
            <w:r w:rsidR="00626795">
              <w:rPr>
                <w:rFonts w:ascii="TheSansOffice" w:hAnsi="TheSansOffice"/>
                <w:lang w:val="de-CH"/>
              </w:rPr>
              <w:br/>
            </w:r>
            <w:r w:rsidR="00A16F2F">
              <w:rPr>
                <w:rFonts w:ascii="TheSansOffice" w:hAnsi="TheSansOffice"/>
                <w:lang w:val="de-CH"/>
              </w:rPr>
              <w:t>A</w:t>
            </w:r>
            <w:r w:rsidRPr="007E6B91">
              <w:rPr>
                <w:rFonts w:ascii="TheSansOffice" w:hAnsi="TheSansOffice"/>
                <w:lang w:val="de-CH"/>
              </w:rPr>
              <w:t>ufgaben</w:t>
            </w:r>
            <w:r w:rsidR="00A16F2F">
              <w:rPr>
                <w:rFonts w:ascii="TheSansOffice" w:hAnsi="TheSansOffice"/>
                <w:lang w:val="de-CH"/>
              </w:rPr>
              <w:t xml:space="preserve"> und Materialien</w:t>
            </w:r>
            <w:r w:rsidRPr="007E6B91">
              <w:rPr>
                <w:rFonts w:ascii="TheSansOffice" w:hAnsi="TheSansOffice"/>
                <w:lang w:val="de-CH"/>
              </w:rPr>
              <w:t>?</w:t>
            </w:r>
          </w:p>
        </w:tc>
        <w:tc>
          <w:tcPr>
            <w:tcW w:w="1117" w:type="dxa"/>
            <w:vAlign w:val="center"/>
          </w:tcPr>
          <w:p w14:paraId="29C6E441" w14:textId="77777777" w:rsidR="007E6B91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63182349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9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4E2F6C5A" w14:textId="77777777" w:rsidR="007E6B91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76642883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9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0C5C9144" w14:textId="77777777" w:rsidR="007E6B91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7731972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9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7E6B91" w:rsidRPr="007E6B91" w14:paraId="38B8E513" w14:textId="77777777" w:rsidTr="00681963">
        <w:trPr>
          <w:trHeight w:val="227"/>
        </w:trPr>
        <w:tc>
          <w:tcPr>
            <w:tcW w:w="6123" w:type="dxa"/>
          </w:tcPr>
          <w:p w14:paraId="113CB74D" w14:textId="46671C28" w:rsidR="007E6B91" w:rsidRPr="007E6B91" w:rsidRDefault="007E6B91">
            <w:pPr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 xml:space="preserve">Fördern Sie die aktive Beteiligung der Teilnehmenden im </w:t>
            </w:r>
            <w:r w:rsidR="00626795">
              <w:rPr>
                <w:rFonts w:ascii="TheSansOffice" w:hAnsi="TheSansOffice"/>
                <w:lang w:val="de-CH"/>
              </w:rPr>
              <w:br/>
            </w:r>
            <w:r w:rsidRPr="007E6B91">
              <w:rPr>
                <w:rFonts w:ascii="TheSansOffice" w:hAnsi="TheSansOffice"/>
                <w:lang w:val="de-CH"/>
              </w:rPr>
              <w:t>Unterricht?</w:t>
            </w:r>
          </w:p>
        </w:tc>
        <w:tc>
          <w:tcPr>
            <w:tcW w:w="1117" w:type="dxa"/>
            <w:vAlign w:val="center"/>
          </w:tcPr>
          <w:p w14:paraId="6150CCD4" w14:textId="77777777" w:rsidR="007E6B91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18070491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9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73CEC245" w14:textId="77777777" w:rsidR="007E6B91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82416828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9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5DFFC86D" w14:textId="77777777" w:rsidR="007E6B91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39721379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9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7E6B91" w:rsidRPr="007E6B91" w14:paraId="758538A9" w14:textId="77777777" w:rsidTr="00681963">
        <w:trPr>
          <w:trHeight w:val="227"/>
        </w:trPr>
        <w:tc>
          <w:tcPr>
            <w:tcW w:w="6123" w:type="dxa"/>
          </w:tcPr>
          <w:p w14:paraId="2838DDD3" w14:textId="35D3CB82" w:rsidR="007E6B91" w:rsidRPr="007E6B91" w:rsidRDefault="007E6B91">
            <w:pPr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Berücksichtigen Sie unterschiedliche Lernvoraussetzungen durch Differenzierung?</w:t>
            </w:r>
          </w:p>
        </w:tc>
        <w:tc>
          <w:tcPr>
            <w:tcW w:w="1117" w:type="dxa"/>
            <w:vAlign w:val="center"/>
          </w:tcPr>
          <w:p w14:paraId="28A2ABEA" w14:textId="77777777" w:rsidR="007E6B91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08891740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9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03A9F5B2" w14:textId="77777777" w:rsidR="007E6B91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99128613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9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2A435E4B" w14:textId="77777777" w:rsidR="007E6B91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63767827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9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7E6B91" w:rsidRPr="007E6B91" w14:paraId="71408F18" w14:textId="77777777" w:rsidTr="00681963">
        <w:trPr>
          <w:trHeight w:val="227"/>
        </w:trPr>
        <w:tc>
          <w:tcPr>
            <w:tcW w:w="6123" w:type="dxa"/>
          </w:tcPr>
          <w:p w14:paraId="12DBAE4C" w14:textId="2FF30C9B" w:rsidR="007E6B91" w:rsidRPr="007E6B91" w:rsidRDefault="007E6B91">
            <w:pPr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Planen Sie Reflexionsphasen zum Lernen und Lernfortschritt ein?</w:t>
            </w:r>
          </w:p>
        </w:tc>
        <w:tc>
          <w:tcPr>
            <w:tcW w:w="1117" w:type="dxa"/>
            <w:vAlign w:val="center"/>
          </w:tcPr>
          <w:p w14:paraId="10BA59AD" w14:textId="72122EBD" w:rsidR="007E6B91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40827767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91" w:rsidRPr="007E6B91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580F00F0" w14:textId="77777777" w:rsidR="007E6B91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9182955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9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52A3CEC7" w14:textId="77777777" w:rsidR="007E6B91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54990769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9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7E6B91" w:rsidRPr="007E6B91" w14:paraId="0702CE77" w14:textId="77777777" w:rsidTr="00681963">
        <w:trPr>
          <w:trHeight w:val="227"/>
        </w:trPr>
        <w:tc>
          <w:tcPr>
            <w:tcW w:w="6123" w:type="dxa"/>
          </w:tcPr>
          <w:p w14:paraId="7AD1634F" w14:textId="106FC487" w:rsidR="007E6B91" w:rsidRPr="007E6B91" w:rsidRDefault="007E6B91" w:rsidP="007E6B91">
            <w:pPr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Setzen Sie digitale Elemente gezielt ergänzend im Unterricht ein?</w:t>
            </w:r>
          </w:p>
        </w:tc>
        <w:tc>
          <w:tcPr>
            <w:tcW w:w="1117" w:type="dxa"/>
            <w:vAlign w:val="center"/>
          </w:tcPr>
          <w:p w14:paraId="4DDBBCBE" w14:textId="4D716D01" w:rsidR="007E6B91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42969448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91" w:rsidRPr="007E6B91">
                  <w:rPr>
                    <w:rFonts w:ascii="MS Gothic" w:eastAsia="MS Gothic" w:hAnsi="MS Gothic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01E4A65C" w14:textId="549B1F21" w:rsidR="007E6B91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92888962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9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3BCEC906" w14:textId="5E06168B" w:rsidR="007E6B91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90283215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9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</w:tbl>
    <w:p w14:paraId="54BE6DA6" w14:textId="77777777" w:rsidR="007E6B91" w:rsidRPr="007E6B91" w:rsidRDefault="007E6B91" w:rsidP="007E6B91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p w14:paraId="27124736" w14:textId="77777777" w:rsidR="0091038B" w:rsidRDefault="0091038B" w:rsidP="007E6B91">
      <w:pPr>
        <w:spacing w:after="0"/>
        <w:ind w:right="-716"/>
        <w:rPr>
          <w:rFonts w:ascii="TheSansOffice" w:hAnsi="TheSansOffice"/>
          <w:lang w:val="de-CH"/>
        </w:rPr>
      </w:pPr>
    </w:p>
    <w:p w14:paraId="288162BB" w14:textId="668E0508" w:rsidR="007E6B91" w:rsidRPr="007E6B91" w:rsidRDefault="007E6B91" w:rsidP="007E6B91">
      <w:pPr>
        <w:spacing w:after="0"/>
        <w:ind w:right="-716"/>
        <w:rPr>
          <w:rFonts w:ascii="TheSansOffice" w:hAnsi="TheSansOffice"/>
          <w:lang w:val="de-CH"/>
        </w:rPr>
      </w:pPr>
      <w:r w:rsidRPr="007E6B91">
        <w:rPr>
          <w:rFonts w:ascii="TheSansOffice" w:hAnsi="TheSansOffice"/>
          <w:lang w:val="de-CH"/>
        </w:rPr>
        <w:t xml:space="preserve">Über welche Nachweise verfügen Sie, die die Umsetzung dieses Qualitätskriteriums dokumentieren und </w:t>
      </w:r>
      <w:r w:rsidR="005120C5">
        <w:rPr>
          <w:rFonts w:ascii="TheSansOffice" w:hAnsi="TheSansOffice"/>
          <w:lang w:val="de-CH"/>
        </w:rPr>
        <w:br/>
      </w:r>
      <w:r w:rsidRPr="007E6B91">
        <w:rPr>
          <w:rFonts w:ascii="TheSansOffice" w:hAnsi="TheSansOffice"/>
          <w:lang w:val="de-CH"/>
        </w:rPr>
        <w:t>auf Anfrage vorgelegt werden können?</w:t>
      </w:r>
    </w:p>
    <w:p w14:paraId="06B56938" w14:textId="77777777" w:rsidR="007E6B91" w:rsidRPr="005120C5" w:rsidRDefault="007E6B91" w:rsidP="007E6B91">
      <w:pPr>
        <w:spacing w:after="0"/>
        <w:ind w:right="-716"/>
        <w:rPr>
          <w:rFonts w:ascii="TheSansOffice" w:hAnsi="TheSansOffice"/>
          <w:sz w:val="20"/>
          <w:szCs w:val="20"/>
          <w:lang w:val="de-CH"/>
        </w:rPr>
      </w:pPr>
    </w:p>
    <w:tbl>
      <w:tblPr>
        <w:tblStyle w:val="Tabellenraster"/>
        <w:tblW w:w="9426" w:type="dxa"/>
        <w:tblInd w:w="38" w:type="dxa"/>
        <w:tblLook w:val="04A0" w:firstRow="1" w:lastRow="0" w:firstColumn="1" w:lastColumn="0" w:noHBand="0" w:noVBand="1"/>
      </w:tblPr>
      <w:tblGrid>
        <w:gridCol w:w="4890"/>
        <w:gridCol w:w="4536"/>
      </w:tblGrid>
      <w:tr w:rsidR="007E6B91" w:rsidRPr="007E6B91" w14:paraId="0C2C0FA9" w14:textId="77777777">
        <w:tc>
          <w:tcPr>
            <w:tcW w:w="4890" w:type="dxa"/>
          </w:tcPr>
          <w:p w14:paraId="78922F2E" w14:textId="2AC3427C" w:rsidR="007E6B91" w:rsidRPr="007E6B91" w:rsidRDefault="00D818CB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83001637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9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  <w:r w:rsidR="007E6B91" w:rsidRPr="007E6B91">
              <w:rPr>
                <w:rFonts w:ascii="TheSansOffice" w:hAnsi="TheSansOffice" w:cs="Segoe UI Symbol"/>
                <w:lang w:val="de-CH"/>
              </w:rPr>
              <w:t xml:space="preserve"> </w:t>
            </w:r>
            <w:r w:rsidR="00BA36DB" w:rsidRPr="00BA36DB">
              <w:rPr>
                <w:rFonts w:ascii="TheSansOffice" w:hAnsi="TheSansOffice" w:cs="Segoe UI Symbol"/>
              </w:rPr>
              <w:t xml:space="preserve">Unterrichts- </w:t>
            </w:r>
            <w:r w:rsidR="00BA36DB">
              <w:rPr>
                <w:rFonts w:ascii="TheSansOffice" w:hAnsi="TheSansOffice" w:cs="Segoe UI Symbol"/>
              </w:rPr>
              <w:t>und/</w:t>
            </w:r>
            <w:r w:rsidR="00BA36DB" w:rsidRPr="00BA36DB">
              <w:rPr>
                <w:rFonts w:ascii="TheSansOffice" w:hAnsi="TheSansOffice" w:cs="Segoe UI Symbol"/>
              </w:rPr>
              <w:t>oder Didaktikkonzept</w:t>
            </w:r>
          </w:p>
        </w:tc>
        <w:tc>
          <w:tcPr>
            <w:tcW w:w="4536" w:type="dxa"/>
          </w:tcPr>
          <w:p w14:paraId="1B28ED80" w14:textId="77777777" w:rsidR="007E6B91" w:rsidRPr="007E6B91" w:rsidRDefault="00D818CB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14169025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9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  <w:r w:rsidR="007E6B91" w:rsidRPr="007E6B91">
              <w:rPr>
                <w:rFonts w:ascii="TheSansOffice" w:hAnsi="TheSansOffice"/>
                <w:lang w:val="de-CH"/>
              </w:rPr>
              <w:t xml:space="preserve"> Lernjournale </w:t>
            </w:r>
          </w:p>
        </w:tc>
      </w:tr>
      <w:tr w:rsidR="007E6B91" w:rsidRPr="007E6B91" w14:paraId="1170EA73" w14:textId="77777777">
        <w:tc>
          <w:tcPr>
            <w:tcW w:w="4890" w:type="dxa"/>
          </w:tcPr>
          <w:p w14:paraId="116176CD" w14:textId="28272A86" w:rsidR="007E6B91" w:rsidRPr="007E6B91" w:rsidRDefault="00D818CB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0056749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36DB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  <w:r w:rsidR="00BA36DB" w:rsidRPr="00BA36DB">
              <w:rPr>
                <w:rFonts w:ascii="TheSansOffice" w:hAnsi="TheSansOffice"/>
              </w:rPr>
              <w:t xml:space="preserve"> Unterrichts- </w:t>
            </w:r>
            <w:r w:rsidR="00BA36DB">
              <w:rPr>
                <w:rFonts w:ascii="TheSansOffice" w:hAnsi="TheSansOffice"/>
              </w:rPr>
              <w:t>und/o</w:t>
            </w:r>
            <w:r w:rsidR="00BA36DB" w:rsidRPr="00BA36DB">
              <w:rPr>
                <w:rFonts w:ascii="TheSansOffice" w:hAnsi="TheSansOffice"/>
              </w:rPr>
              <w:t>der Sequenzplanungen</w:t>
            </w:r>
          </w:p>
        </w:tc>
        <w:tc>
          <w:tcPr>
            <w:tcW w:w="4536" w:type="dxa"/>
          </w:tcPr>
          <w:p w14:paraId="631756FC" w14:textId="7CB00C3C" w:rsidR="007E6B91" w:rsidRPr="007E6B91" w:rsidRDefault="00D818CB" w:rsidP="002B17F0">
            <w:pPr>
              <w:ind w:left="264" w:hanging="264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03164541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9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  <w:r w:rsidR="007E6B91" w:rsidRPr="007E6B91">
              <w:rPr>
                <w:rFonts w:ascii="TheSansOffice" w:hAnsi="TheSansOffice"/>
                <w:lang w:val="de-CH"/>
              </w:rPr>
              <w:t xml:space="preserve"> </w:t>
            </w:r>
            <w:r w:rsidR="00DC1DCB">
              <w:rPr>
                <w:rFonts w:ascii="TheSansOffice" w:hAnsi="TheSansOffice"/>
                <w:lang w:val="de-CH"/>
              </w:rPr>
              <w:t xml:space="preserve">Kursevaluationen, Feedbacks der </w:t>
            </w:r>
            <w:r w:rsidR="00626795">
              <w:rPr>
                <w:rFonts w:ascii="TheSansOffice" w:hAnsi="TheSansOffice"/>
                <w:lang w:val="de-CH"/>
              </w:rPr>
              <w:br/>
            </w:r>
            <w:r w:rsidR="00DC1DCB">
              <w:rPr>
                <w:rFonts w:ascii="TheSansOffice" w:hAnsi="TheSansOffice"/>
                <w:lang w:val="de-CH"/>
              </w:rPr>
              <w:t>T</w:t>
            </w:r>
            <w:r w:rsidR="002B17F0">
              <w:rPr>
                <w:rFonts w:ascii="TheSansOffice" w:hAnsi="TheSansOffice"/>
                <w:lang w:val="de-CH"/>
              </w:rPr>
              <w:t>eilnehmenden</w:t>
            </w:r>
          </w:p>
        </w:tc>
      </w:tr>
      <w:tr w:rsidR="007E6B91" w:rsidRPr="00D818CB" w14:paraId="664AD54A" w14:textId="77777777">
        <w:tc>
          <w:tcPr>
            <w:tcW w:w="4890" w:type="dxa"/>
          </w:tcPr>
          <w:p w14:paraId="7BFC336F" w14:textId="77777777" w:rsidR="00DC1DCB" w:rsidRDefault="00D818CB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6522352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9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  <w:r w:rsidR="007E6B91" w:rsidRPr="007E6B91">
              <w:rPr>
                <w:rFonts w:ascii="TheSansOffice" w:hAnsi="TheSansOffice"/>
                <w:lang w:val="de-CH"/>
              </w:rPr>
              <w:t xml:space="preserve"> </w:t>
            </w:r>
            <w:r w:rsidR="00DC1DCB">
              <w:rPr>
                <w:rFonts w:ascii="TheSansOffice" w:hAnsi="TheSansOffice"/>
                <w:lang w:val="de-CH"/>
              </w:rPr>
              <w:t xml:space="preserve">Beispiele von Unterrichtsmaterialien, </w:t>
            </w:r>
          </w:p>
          <w:p w14:paraId="6705E4B1" w14:textId="77777777" w:rsidR="00D7387C" w:rsidRDefault="00DC1DCB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 xml:space="preserve">     Lernaufgaben, Lernsettings,</w:t>
            </w:r>
            <w:r w:rsidR="00D7387C">
              <w:rPr>
                <w:rFonts w:ascii="TheSansOffice" w:hAnsi="TheSansOffice"/>
                <w:lang w:val="de-CH"/>
              </w:rPr>
              <w:t xml:space="preserve"> Sozialformen, </w:t>
            </w:r>
          </w:p>
          <w:p w14:paraId="33DEFCA5" w14:textId="41CF3007" w:rsidR="007E6B91" w:rsidRPr="007E6B91" w:rsidRDefault="00D7387C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 xml:space="preserve">     partizipativen Sequenzen</w:t>
            </w:r>
            <w:r w:rsidR="00714813">
              <w:rPr>
                <w:rFonts w:ascii="TheSansOffice" w:hAnsi="TheSansOffice"/>
                <w:lang w:val="de-CH"/>
              </w:rPr>
              <w:t xml:space="preserve"> etc.</w:t>
            </w:r>
          </w:p>
        </w:tc>
        <w:tc>
          <w:tcPr>
            <w:tcW w:w="4536" w:type="dxa"/>
          </w:tcPr>
          <w:p w14:paraId="54CC2ECC" w14:textId="5331B4FC" w:rsidR="00D7387C" w:rsidRDefault="00D818CB" w:rsidP="00DC1DCB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15059478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9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  <w:r w:rsidR="007E6B91" w:rsidRPr="007E6B91">
              <w:rPr>
                <w:rFonts w:ascii="TheSansOffice" w:hAnsi="TheSansOffice"/>
                <w:lang w:val="de-CH"/>
              </w:rPr>
              <w:t xml:space="preserve"> </w:t>
            </w:r>
            <w:r w:rsidR="00DC1DCB" w:rsidRPr="007E6B91">
              <w:rPr>
                <w:rFonts w:ascii="TheSansOffice" w:hAnsi="TheSansOffice"/>
                <w:lang w:val="de-CH"/>
              </w:rPr>
              <w:t xml:space="preserve">Dokumentation zu </w:t>
            </w:r>
            <w:r w:rsidR="00D7387C">
              <w:rPr>
                <w:rFonts w:ascii="TheSansOffice" w:hAnsi="TheSansOffice"/>
                <w:lang w:val="de-CH"/>
              </w:rPr>
              <w:t xml:space="preserve">digitalen </w:t>
            </w:r>
            <w:r w:rsidR="00DC1DCB">
              <w:rPr>
                <w:rFonts w:ascii="TheSansOffice" w:hAnsi="TheSansOffice"/>
                <w:lang w:val="de-CH"/>
              </w:rPr>
              <w:t>Tools</w:t>
            </w:r>
            <w:r w:rsidR="00D7387C">
              <w:rPr>
                <w:rFonts w:ascii="TheSansOffice" w:hAnsi="TheSansOffice"/>
                <w:lang w:val="de-CH"/>
              </w:rPr>
              <w:t>, Apps</w:t>
            </w:r>
          </w:p>
          <w:p w14:paraId="0C8F08A2" w14:textId="6384A8F5" w:rsidR="007E6B91" w:rsidRPr="007E6B91" w:rsidRDefault="00D7387C" w:rsidP="00DC1DCB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 xml:space="preserve">     </w:t>
            </w:r>
            <w:r w:rsidR="00DC1DCB">
              <w:rPr>
                <w:rFonts w:ascii="TheSansOffice" w:hAnsi="TheSansOffice"/>
                <w:lang w:val="de-CH"/>
              </w:rPr>
              <w:t>und/oder Lernplattformen</w:t>
            </w:r>
          </w:p>
        </w:tc>
      </w:tr>
      <w:tr w:rsidR="007E6B91" w:rsidRPr="007E6B91" w14:paraId="7886BB3A" w14:textId="77777777">
        <w:tc>
          <w:tcPr>
            <w:tcW w:w="9426" w:type="dxa"/>
            <w:gridSpan w:val="2"/>
          </w:tcPr>
          <w:p w14:paraId="17B47F39" w14:textId="77777777" w:rsidR="007E6B91" w:rsidRPr="007E6B91" w:rsidRDefault="00D818CB">
            <w:pPr>
              <w:rPr>
                <w:rFonts w:ascii="TheSansOffice" w:hAnsi="TheSansOffice" w:cs="Segoe UI Symbol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62821173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6B91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  <w:r w:rsidR="007E6B91" w:rsidRPr="007E6B91">
              <w:rPr>
                <w:rFonts w:ascii="TheSansOffice" w:hAnsi="TheSansOffice" w:cs="Segoe UI Symbol"/>
                <w:lang w:val="de-CH"/>
              </w:rPr>
              <w:t xml:space="preserve"> Anderes/Weiteres:</w:t>
            </w:r>
          </w:p>
          <w:p w14:paraId="4B6B902C" w14:textId="3237A901" w:rsidR="007E6B91" w:rsidRPr="00F70525" w:rsidRDefault="004B5391" w:rsidP="00F70525">
            <w:pPr>
              <w:rPr>
                <w:rFonts w:ascii="TheSansOffice" w:hAnsi="TheSansOffice" w:cs="Segoe UI Symbol"/>
                <w:lang w:val="de-CH"/>
              </w:rPr>
            </w:pP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8F1A60">
              <w:rPr>
                <w:rFonts w:ascii="TheSansOffice" w:hAnsi="TheSansOffice"/>
                <w:sz w:val="24"/>
                <w:szCs w:val="24"/>
              </w:rPr>
              <w:instrText xml:space="preserve"> FORMTEXT </w:instrTex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separate"/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end"/>
            </w:r>
          </w:p>
        </w:tc>
      </w:tr>
    </w:tbl>
    <w:p w14:paraId="7F390D42" w14:textId="77777777" w:rsidR="007E6B91" w:rsidRDefault="007E6B91" w:rsidP="00DE24FC">
      <w:pPr>
        <w:spacing w:after="0"/>
        <w:rPr>
          <w:rFonts w:ascii="TheSansOffice" w:hAnsi="TheSansOffice"/>
          <w:lang w:val="de-CH"/>
        </w:rPr>
      </w:pPr>
    </w:p>
    <w:p w14:paraId="2052825C" w14:textId="539514A2" w:rsidR="00D7387C" w:rsidRPr="007E6B91" w:rsidRDefault="00D7387C" w:rsidP="00D7387C">
      <w:pPr>
        <w:pStyle w:val="berschrift2"/>
        <w:rPr>
          <w:rFonts w:ascii="TheSansOffice" w:hAnsi="TheSansOffice"/>
          <w:color w:val="EE0000"/>
          <w:sz w:val="22"/>
          <w:szCs w:val="22"/>
          <w:lang w:val="de-CH"/>
        </w:rPr>
      </w:pPr>
      <w:bookmarkStart w:id="0" w:name="_Hlk231803491"/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Kriterium </w:t>
      </w:r>
      <w:r>
        <w:rPr>
          <w:rFonts w:ascii="TheSansOffice" w:hAnsi="TheSansOffice"/>
          <w:color w:val="EE0000"/>
          <w:sz w:val="22"/>
          <w:szCs w:val="22"/>
          <w:lang w:val="de-CH"/>
        </w:rPr>
        <w:t>c)</w:t>
      </w: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 </w:t>
      </w:r>
      <w:r>
        <w:rPr>
          <w:rFonts w:ascii="TheSansOffice" w:hAnsi="TheSansOffice"/>
          <w:color w:val="EE0000"/>
          <w:sz w:val="22"/>
          <w:szCs w:val="22"/>
          <w:lang w:val="de-CH"/>
        </w:rPr>
        <w:t>Arbeitsmarkt- und Alltagsbezug</w:t>
      </w:r>
    </w:p>
    <w:bookmarkEnd w:id="0"/>
    <w:p w14:paraId="2F90E10C" w14:textId="22585433" w:rsidR="00CD1824" w:rsidRDefault="00D7387C" w:rsidP="00D7387C">
      <w:pPr>
        <w:rPr>
          <w:rFonts w:ascii="TheSansOffice" w:hAnsi="TheSansOffice"/>
          <w:lang w:val="de-CH"/>
        </w:rPr>
      </w:pPr>
      <w:r w:rsidRPr="00D7387C">
        <w:rPr>
          <w:rFonts w:ascii="TheSansOffice" w:hAnsi="TheSansOffice"/>
          <w:lang w:val="de-CH"/>
        </w:rPr>
        <w:t>Die Sprachförderung orientiert sich an realen Lebens- und Arbeitssituationen der Teilnehmenden und vermittelt sprachliche Mittel, die unmittelbar im Alltag, im Berufsleben oder im Bildungsbereich anwendbar sind.</w:t>
      </w:r>
    </w:p>
    <w:tbl>
      <w:tblPr>
        <w:tblStyle w:val="Tabellenraster"/>
        <w:tblW w:w="9473" w:type="dxa"/>
        <w:tblLook w:val="04A0" w:firstRow="1" w:lastRow="0" w:firstColumn="1" w:lastColumn="0" w:noHBand="0" w:noVBand="1"/>
      </w:tblPr>
      <w:tblGrid>
        <w:gridCol w:w="6123"/>
        <w:gridCol w:w="1117"/>
        <w:gridCol w:w="1116"/>
        <w:gridCol w:w="1117"/>
      </w:tblGrid>
      <w:tr w:rsidR="00D7387C" w:rsidRPr="007E6B91" w14:paraId="0E921874" w14:textId="77777777">
        <w:trPr>
          <w:trHeight w:val="227"/>
        </w:trPr>
        <w:tc>
          <w:tcPr>
            <w:tcW w:w="6123" w:type="dxa"/>
            <w:shd w:val="clear" w:color="auto" w:fill="D9D9D9" w:themeFill="background1" w:themeFillShade="D9"/>
          </w:tcPr>
          <w:p w14:paraId="2BDE5CE2" w14:textId="77777777" w:rsidR="00D7387C" w:rsidRPr="007E6B91" w:rsidRDefault="00D7387C">
            <w:pPr>
              <w:rPr>
                <w:rFonts w:ascii="TheSansOffice" w:hAnsi="TheSansOffice"/>
                <w:lang w:val="de-CH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</w:tcPr>
          <w:p w14:paraId="0C9E0CB7" w14:textId="77777777" w:rsidR="00D7387C" w:rsidRPr="007E6B91" w:rsidRDefault="00D7387C" w:rsidP="0091038B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Ja</w:t>
            </w:r>
          </w:p>
        </w:tc>
        <w:tc>
          <w:tcPr>
            <w:tcW w:w="1116" w:type="dxa"/>
            <w:shd w:val="clear" w:color="auto" w:fill="D9D9D9" w:themeFill="background1" w:themeFillShade="D9"/>
          </w:tcPr>
          <w:p w14:paraId="265A8E51" w14:textId="77777777" w:rsidR="00D7387C" w:rsidRPr="007E6B91" w:rsidRDefault="00D7387C" w:rsidP="0091038B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Teilweise</w:t>
            </w:r>
          </w:p>
        </w:tc>
        <w:tc>
          <w:tcPr>
            <w:tcW w:w="1117" w:type="dxa"/>
            <w:shd w:val="clear" w:color="auto" w:fill="D9D9D9" w:themeFill="background1" w:themeFillShade="D9"/>
          </w:tcPr>
          <w:p w14:paraId="7B1277FD" w14:textId="77777777" w:rsidR="00D7387C" w:rsidRPr="007E6B91" w:rsidRDefault="00D7387C" w:rsidP="0091038B">
            <w:pPr>
              <w:jc w:val="center"/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Nein</w:t>
            </w:r>
          </w:p>
        </w:tc>
      </w:tr>
      <w:tr w:rsidR="00D7387C" w:rsidRPr="007E6B91" w14:paraId="065F2068" w14:textId="77777777" w:rsidTr="00681963">
        <w:trPr>
          <w:trHeight w:val="227"/>
        </w:trPr>
        <w:tc>
          <w:tcPr>
            <w:tcW w:w="6123" w:type="dxa"/>
          </w:tcPr>
          <w:p w14:paraId="15C0D137" w14:textId="175AFFC3" w:rsidR="00D7387C" w:rsidRPr="007E6B91" w:rsidRDefault="00D7387C">
            <w:pPr>
              <w:rPr>
                <w:rFonts w:ascii="TheSansOffice" w:hAnsi="TheSansOffice"/>
                <w:lang w:val="de-CH"/>
              </w:rPr>
            </w:pPr>
            <w:r w:rsidRPr="00D7387C">
              <w:rPr>
                <w:rFonts w:ascii="TheSansOffice" w:hAnsi="TheSansOffice"/>
                <w:lang w:val="de-CH"/>
              </w:rPr>
              <w:t>Orientieren sich die Lerninhalte an realen Lebens- und Arbeits</w:t>
            </w:r>
            <w:r w:rsidR="00D818CB">
              <w:rPr>
                <w:rFonts w:ascii="TheSansOffice" w:hAnsi="TheSansOffice"/>
                <w:lang w:val="de-CH"/>
              </w:rPr>
              <w:t>-</w:t>
            </w:r>
            <w:r w:rsidR="00D818CB">
              <w:rPr>
                <w:rFonts w:ascii="TheSansOffice" w:hAnsi="TheSansOffice"/>
                <w:lang w:val="de-CH"/>
              </w:rPr>
              <w:br/>
            </w:r>
            <w:r w:rsidR="00D818CB">
              <w:rPr>
                <w:rFonts w:ascii="TheSansOffice" w:hAnsi="TheSansOffice"/>
                <w:lang w:val="de-CH"/>
              </w:rPr>
              <w:softHyphen/>
            </w:r>
            <w:r w:rsidRPr="00D7387C">
              <w:rPr>
                <w:rFonts w:ascii="TheSansOffice" w:hAnsi="TheSansOffice"/>
                <w:lang w:val="de-CH"/>
              </w:rPr>
              <w:t>situationen der Teilnehmenden?</w:t>
            </w:r>
          </w:p>
        </w:tc>
        <w:tc>
          <w:tcPr>
            <w:tcW w:w="1117" w:type="dxa"/>
            <w:vAlign w:val="center"/>
          </w:tcPr>
          <w:p w14:paraId="2126F1DD" w14:textId="7E90C69A" w:rsidR="00D7387C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12079621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963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6E197EAE" w14:textId="77777777" w:rsidR="00D7387C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74433301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87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631DB96B" w14:textId="77777777" w:rsidR="00D7387C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54405520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87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D7387C" w:rsidRPr="007E6B91" w14:paraId="3AD8E1A5" w14:textId="77777777" w:rsidTr="00681963">
        <w:trPr>
          <w:trHeight w:val="227"/>
        </w:trPr>
        <w:tc>
          <w:tcPr>
            <w:tcW w:w="6123" w:type="dxa"/>
          </w:tcPr>
          <w:p w14:paraId="0A6AE3CA" w14:textId="4D3FB5F4" w:rsidR="00D7387C" w:rsidRPr="007E6B91" w:rsidRDefault="00D7387C">
            <w:pPr>
              <w:rPr>
                <w:rFonts w:ascii="TheSansOffice" w:hAnsi="TheSansOffice"/>
                <w:lang w:val="de-CH"/>
              </w:rPr>
            </w:pPr>
            <w:r w:rsidRPr="00D7387C">
              <w:rPr>
                <w:rFonts w:ascii="TheSansOffice" w:hAnsi="TheSansOffice"/>
                <w:lang w:val="de-CH"/>
              </w:rPr>
              <w:t>Bereiten Sie typische Kommunikationssituationen aus Alltag oder Beruf gezielt vor?</w:t>
            </w:r>
          </w:p>
        </w:tc>
        <w:tc>
          <w:tcPr>
            <w:tcW w:w="1117" w:type="dxa"/>
            <w:vAlign w:val="center"/>
          </w:tcPr>
          <w:p w14:paraId="41B18417" w14:textId="77777777" w:rsidR="00D7387C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45872803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87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522539AD" w14:textId="77777777" w:rsidR="00D7387C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55312614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87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79227B16" w14:textId="77777777" w:rsidR="00D7387C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5691337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87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D7387C" w:rsidRPr="007E6B91" w14:paraId="3BBBC9F0" w14:textId="77777777" w:rsidTr="00681963">
        <w:trPr>
          <w:trHeight w:val="227"/>
        </w:trPr>
        <w:tc>
          <w:tcPr>
            <w:tcW w:w="6123" w:type="dxa"/>
          </w:tcPr>
          <w:p w14:paraId="2D554B16" w14:textId="4D33B016" w:rsidR="00D7387C" w:rsidRPr="007E6B91" w:rsidRDefault="00D7387C">
            <w:pPr>
              <w:rPr>
                <w:rFonts w:ascii="TheSansOffice" w:hAnsi="TheSansOffice"/>
                <w:lang w:val="de-CH"/>
              </w:rPr>
            </w:pPr>
            <w:r w:rsidRPr="00D7387C">
              <w:rPr>
                <w:rFonts w:ascii="TheSansOffice" w:hAnsi="TheSansOffice"/>
                <w:lang w:val="de-CH"/>
              </w:rPr>
              <w:t>Verwenden Sie authentische Materialien aus Alltag oder Arbeitswelt?</w:t>
            </w:r>
          </w:p>
        </w:tc>
        <w:tc>
          <w:tcPr>
            <w:tcW w:w="1117" w:type="dxa"/>
            <w:vAlign w:val="center"/>
          </w:tcPr>
          <w:p w14:paraId="3C2E6428" w14:textId="77777777" w:rsidR="00D7387C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318876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87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5AC53237" w14:textId="77777777" w:rsidR="00D7387C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09945214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87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5A244018" w14:textId="77777777" w:rsidR="00D7387C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74548087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87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D7387C" w:rsidRPr="007E6B91" w14:paraId="6A14D233" w14:textId="77777777" w:rsidTr="00681963">
        <w:trPr>
          <w:trHeight w:val="227"/>
        </w:trPr>
        <w:tc>
          <w:tcPr>
            <w:tcW w:w="6123" w:type="dxa"/>
          </w:tcPr>
          <w:p w14:paraId="2E3EC146" w14:textId="31A2FA93" w:rsidR="00D7387C" w:rsidRPr="007E6B91" w:rsidRDefault="00DE24FC">
            <w:pPr>
              <w:rPr>
                <w:rFonts w:ascii="TheSansOffice" w:hAnsi="TheSansOffice"/>
                <w:lang w:val="de-CH"/>
              </w:rPr>
            </w:pPr>
            <w:r w:rsidRPr="00DE24FC">
              <w:rPr>
                <w:rFonts w:ascii="TheSansOffice" w:hAnsi="TheSansOffice"/>
                <w:lang w:val="de-CH"/>
              </w:rPr>
              <w:t xml:space="preserve">Fördern Sie die Anwendung des Gelernten ausserhalb des </w:t>
            </w:r>
            <w:r w:rsidR="00D818CB">
              <w:rPr>
                <w:rFonts w:ascii="TheSansOffice" w:hAnsi="TheSansOffice"/>
                <w:lang w:val="de-CH"/>
              </w:rPr>
              <w:br/>
            </w:r>
            <w:r w:rsidRPr="00DE24FC">
              <w:rPr>
                <w:rFonts w:ascii="TheSansOffice" w:hAnsi="TheSansOffice"/>
                <w:lang w:val="de-CH"/>
              </w:rPr>
              <w:t>Unterrichts?</w:t>
            </w:r>
          </w:p>
        </w:tc>
        <w:tc>
          <w:tcPr>
            <w:tcW w:w="1117" w:type="dxa"/>
            <w:vAlign w:val="center"/>
          </w:tcPr>
          <w:p w14:paraId="3889600A" w14:textId="77777777" w:rsidR="00D7387C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67877632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87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09362FA9" w14:textId="77777777" w:rsidR="00D7387C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56179293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87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7ECF1991" w14:textId="77777777" w:rsidR="00D7387C" w:rsidRPr="007E6B91" w:rsidRDefault="00D818CB" w:rsidP="0091038B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91283701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387C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</w:tbl>
    <w:p w14:paraId="34F6EFE5" w14:textId="77777777" w:rsidR="00D7387C" w:rsidRDefault="00D7387C" w:rsidP="00D7387C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p w14:paraId="005DFAAA" w14:textId="09540B0B" w:rsidR="00D7387C" w:rsidRPr="007E6B91" w:rsidRDefault="00D7387C" w:rsidP="00D7387C">
      <w:pPr>
        <w:spacing w:after="0"/>
        <w:ind w:right="-716"/>
        <w:rPr>
          <w:rFonts w:ascii="TheSansOffice" w:hAnsi="TheSansOffice"/>
          <w:lang w:val="de-CH"/>
        </w:rPr>
      </w:pPr>
      <w:r w:rsidRPr="007E6B91">
        <w:rPr>
          <w:rFonts w:ascii="TheSansOffice" w:hAnsi="TheSansOffice"/>
          <w:lang w:val="de-CH"/>
        </w:rPr>
        <w:lastRenderedPageBreak/>
        <w:t xml:space="preserve">Über welche Nachweise verfügen Sie, die die Umsetzung dieses Qualitätskriteriums dokumentieren und </w:t>
      </w:r>
      <w:r w:rsidR="005120C5">
        <w:rPr>
          <w:rFonts w:ascii="TheSansOffice" w:hAnsi="TheSansOffice"/>
          <w:lang w:val="de-CH"/>
        </w:rPr>
        <w:br/>
      </w:r>
      <w:r w:rsidRPr="007E6B91">
        <w:rPr>
          <w:rFonts w:ascii="TheSansOffice" w:hAnsi="TheSansOffice"/>
          <w:lang w:val="de-CH"/>
        </w:rPr>
        <w:t>auf Anfrage vorgelegt werden können?</w:t>
      </w:r>
    </w:p>
    <w:p w14:paraId="3065F066" w14:textId="77777777" w:rsidR="00D7387C" w:rsidRPr="005120C5" w:rsidRDefault="00D7387C" w:rsidP="00D7387C">
      <w:pPr>
        <w:spacing w:after="0"/>
        <w:ind w:right="-716"/>
        <w:rPr>
          <w:rFonts w:ascii="TheSansOffice" w:hAnsi="TheSansOffice"/>
          <w:sz w:val="20"/>
          <w:szCs w:val="20"/>
          <w:lang w:val="de-CH"/>
        </w:rPr>
      </w:pPr>
    </w:p>
    <w:tbl>
      <w:tblPr>
        <w:tblStyle w:val="Tabellenraster"/>
        <w:tblW w:w="9426" w:type="dxa"/>
        <w:tblInd w:w="38" w:type="dxa"/>
        <w:tblLook w:val="04A0" w:firstRow="1" w:lastRow="0" w:firstColumn="1" w:lastColumn="0" w:noHBand="0" w:noVBand="1"/>
      </w:tblPr>
      <w:tblGrid>
        <w:gridCol w:w="4890"/>
        <w:gridCol w:w="4536"/>
      </w:tblGrid>
      <w:tr w:rsidR="00D7387C" w:rsidRPr="007E6B91" w14:paraId="1B27F6CC" w14:textId="77777777">
        <w:tc>
          <w:tcPr>
            <w:tcW w:w="4890" w:type="dxa"/>
          </w:tcPr>
          <w:p w14:paraId="51C44C13" w14:textId="1CEC0BD2" w:rsidR="00D7387C" w:rsidRPr="007E6B91" w:rsidRDefault="00D818CB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82203330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4FC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DE24FC">
              <w:rPr>
                <w:rFonts w:ascii="TheSansOffice" w:hAnsi="TheSansOffice"/>
                <w:lang w:val="de-CH"/>
              </w:rPr>
              <w:t xml:space="preserve"> Bedarfs- und/oder Bedürfnisanalysen</w:t>
            </w:r>
          </w:p>
        </w:tc>
        <w:tc>
          <w:tcPr>
            <w:tcW w:w="4536" w:type="dxa"/>
          </w:tcPr>
          <w:p w14:paraId="72A76704" w14:textId="39FBA121" w:rsidR="00D7387C" w:rsidRPr="007E6B91" w:rsidRDefault="00D818CB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99298303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4FC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DE24FC">
              <w:rPr>
                <w:rFonts w:ascii="TheSansOffice" w:hAnsi="TheSansOffice"/>
                <w:lang w:val="de-CH"/>
              </w:rPr>
              <w:t xml:space="preserve"> Unterrichts- und/oder Sequenzplanungen</w:t>
            </w:r>
          </w:p>
        </w:tc>
      </w:tr>
      <w:tr w:rsidR="00DE24FC" w:rsidRPr="007E6B91" w14:paraId="52777126" w14:textId="77777777">
        <w:tc>
          <w:tcPr>
            <w:tcW w:w="4890" w:type="dxa"/>
          </w:tcPr>
          <w:p w14:paraId="6733AAC7" w14:textId="22581F8E" w:rsidR="00DE24FC" w:rsidRPr="007E6B91" w:rsidRDefault="00D818CB" w:rsidP="00DE24FC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70200896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4FC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DE24FC">
              <w:rPr>
                <w:rFonts w:ascii="TheSansOffice" w:hAnsi="TheSansOffice"/>
                <w:lang w:val="de-CH"/>
              </w:rPr>
              <w:t xml:space="preserve"> Beispiele von authentischen Materialien</w:t>
            </w:r>
          </w:p>
        </w:tc>
        <w:tc>
          <w:tcPr>
            <w:tcW w:w="4536" w:type="dxa"/>
          </w:tcPr>
          <w:p w14:paraId="442B76C0" w14:textId="6AD5F8E3" w:rsidR="00DE24FC" w:rsidRPr="007E6B91" w:rsidRDefault="00D818CB" w:rsidP="00DE24FC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39474107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4FC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DE24FC">
              <w:rPr>
                <w:rFonts w:ascii="TheSansOffice" w:hAnsi="TheSansOffice"/>
                <w:lang w:val="de-CH"/>
              </w:rPr>
              <w:t xml:space="preserve"> Beispiele von Aufgabenstellungen</w:t>
            </w:r>
          </w:p>
        </w:tc>
      </w:tr>
      <w:tr w:rsidR="00DE24FC" w:rsidRPr="007E6B91" w14:paraId="4099A5E4" w14:textId="77777777">
        <w:tc>
          <w:tcPr>
            <w:tcW w:w="4890" w:type="dxa"/>
          </w:tcPr>
          <w:p w14:paraId="4D0BDE25" w14:textId="2682D9FE" w:rsidR="00A16F2F" w:rsidRDefault="00D818CB" w:rsidP="00DE24FC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34486847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4FC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DE24FC">
              <w:rPr>
                <w:rFonts w:ascii="TheSansOffice" w:hAnsi="TheSansOffice"/>
                <w:lang w:val="de-CH"/>
              </w:rPr>
              <w:t xml:space="preserve"> Beispiele von Transferaufträgen</w:t>
            </w:r>
            <w:r w:rsidR="00A16F2F">
              <w:rPr>
                <w:rFonts w:ascii="TheSansOffice" w:hAnsi="TheSansOffice"/>
                <w:lang w:val="de-CH"/>
              </w:rPr>
              <w:t xml:space="preserve"> und deren</w:t>
            </w:r>
          </w:p>
          <w:p w14:paraId="4B3CB0FF" w14:textId="70BC9600" w:rsidR="00DE24FC" w:rsidRPr="007E6B91" w:rsidRDefault="00A16F2F" w:rsidP="00DE24FC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 xml:space="preserve">      Ergebnisse</w:t>
            </w:r>
          </w:p>
        </w:tc>
        <w:tc>
          <w:tcPr>
            <w:tcW w:w="4536" w:type="dxa"/>
          </w:tcPr>
          <w:p w14:paraId="725EF994" w14:textId="0228CCCF" w:rsidR="00DE24FC" w:rsidRPr="007E6B91" w:rsidRDefault="00D818CB" w:rsidP="00DE24FC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76368195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4FC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DE24FC">
              <w:rPr>
                <w:rFonts w:ascii="TheSansOffice" w:hAnsi="TheSansOffice"/>
                <w:lang w:val="de-CH"/>
              </w:rPr>
              <w:t xml:space="preserve"> Feedbacks der </w:t>
            </w:r>
            <w:r w:rsidR="00DE24FC" w:rsidRPr="00714813">
              <w:rPr>
                <w:rFonts w:ascii="TheSansOffice" w:hAnsi="TheSansOffice"/>
                <w:lang w:val="de-CH"/>
              </w:rPr>
              <w:t>T</w:t>
            </w:r>
            <w:r w:rsidR="00714813">
              <w:rPr>
                <w:rFonts w:ascii="TheSansOffice" w:hAnsi="TheSansOffice"/>
                <w:lang w:val="de-CH"/>
              </w:rPr>
              <w:t>eilnehmenden</w:t>
            </w:r>
          </w:p>
        </w:tc>
      </w:tr>
      <w:tr w:rsidR="00DE24FC" w:rsidRPr="007E6B91" w14:paraId="70143621" w14:textId="77777777">
        <w:tc>
          <w:tcPr>
            <w:tcW w:w="4890" w:type="dxa"/>
          </w:tcPr>
          <w:p w14:paraId="617DF0DF" w14:textId="46D4EE8A" w:rsidR="00DE24FC" w:rsidRPr="007E6B91" w:rsidRDefault="00D818CB" w:rsidP="00DE24FC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24124302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4FC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DE24FC">
              <w:rPr>
                <w:rFonts w:ascii="TheSansOffice" w:hAnsi="TheSansOffice"/>
                <w:lang w:val="de-CH"/>
              </w:rPr>
              <w:t xml:space="preserve"> Lernjournale, Foto-/Videoprotokolle</w:t>
            </w:r>
          </w:p>
        </w:tc>
        <w:tc>
          <w:tcPr>
            <w:tcW w:w="4536" w:type="dxa"/>
          </w:tcPr>
          <w:p w14:paraId="378E7B12" w14:textId="714AFF91" w:rsidR="00DE24FC" w:rsidRPr="007E6B91" w:rsidRDefault="00DE24FC" w:rsidP="00DE24FC">
            <w:pPr>
              <w:rPr>
                <w:rFonts w:ascii="TheSansOffice" w:hAnsi="TheSansOffice"/>
                <w:lang w:val="de-CH"/>
              </w:rPr>
            </w:pPr>
          </w:p>
        </w:tc>
      </w:tr>
      <w:tr w:rsidR="00DE24FC" w:rsidRPr="007E6B91" w14:paraId="0BC6F9C8" w14:textId="77777777">
        <w:tc>
          <w:tcPr>
            <w:tcW w:w="9426" w:type="dxa"/>
            <w:gridSpan w:val="2"/>
          </w:tcPr>
          <w:p w14:paraId="526D92F6" w14:textId="01AC20E4" w:rsidR="00DE24FC" w:rsidRPr="007E6B91" w:rsidRDefault="00D818CB" w:rsidP="00DE24FC">
            <w:pPr>
              <w:rPr>
                <w:rFonts w:ascii="TheSansOffice" w:hAnsi="TheSansOffice" w:cs="Segoe UI Symbol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1178845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24FC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DE24FC" w:rsidRPr="007E6B91">
              <w:rPr>
                <w:rFonts w:ascii="TheSansOffice" w:hAnsi="TheSansOffice" w:cs="Segoe UI Symbol"/>
                <w:lang w:val="de-CH"/>
              </w:rPr>
              <w:t xml:space="preserve"> Anderes/Weiteres:</w:t>
            </w:r>
          </w:p>
          <w:p w14:paraId="2CA9DE6E" w14:textId="45062BD2" w:rsidR="00DE24FC" w:rsidRPr="00F70525" w:rsidRDefault="00F70525" w:rsidP="00F70525">
            <w:pPr>
              <w:rPr>
                <w:rFonts w:ascii="TheSansOffice" w:hAnsi="TheSansOffice" w:cs="Segoe UI Symbol"/>
                <w:lang w:val="de-CH"/>
              </w:rPr>
            </w:pP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8F1A60">
              <w:rPr>
                <w:rFonts w:ascii="TheSansOffice" w:hAnsi="TheSansOffice"/>
                <w:sz w:val="24"/>
                <w:szCs w:val="24"/>
              </w:rPr>
              <w:instrText xml:space="preserve"> FORMTEXT </w:instrTex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separate"/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end"/>
            </w:r>
          </w:p>
        </w:tc>
      </w:tr>
    </w:tbl>
    <w:p w14:paraId="7433733A" w14:textId="77777777" w:rsidR="00621FA3" w:rsidRPr="00F829EB" w:rsidRDefault="00621FA3" w:rsidP="00F829EB">
      <w:pPr>
        <w:spacing w:after="0"/>
        <w:rPr>
          <w:rFonts w:ascii="TheSansOffice" w:hAnsi="TheSansOffice"/>
          <w:lang w:val="de-CH"/>
        </w:rPr>
      </w:pPr>
    </w:p>
    <w:p w14:paraId="65D3D6DC" w14:textId="6F0B6729" w:rsidR="00562AD0" w:rsidRPr="007E6B91" w:rsidRDefault="00562AD0" w:rsidP="00562AD0">
      <w:pPr>
        <w:pStyle w:val="berschrift2"/>
        <w:rPr>
          <w:rFonts w:ascii="TheSansOffice" w:hAnsi="TheSansOffice"/>
          <w:color w:val="EE0000"/>
          <w:sz w:val="22"/>
          <w:szCs w:val="22"/>
          <w:lang w:val="de-CH"/>
        </w:rPr>
      </w:pP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Kriterium </w:t>
      </w:r>
      <w:r>
        <w:rPr>
          <w:rFonts w:ascii="TheSansOffice" w:hAnsi="TheSansOffice"/>
          <w:color w:val="EE0000"/>
          <w:sz w:val="22"/>
          <w:szCs w:val="22"/>
          <w:lang w:val="de-CH"/>
        </w:rPr>
        <w:t>d)</w:t>
      </w: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 </w:t>
      </w:r>
      <w:r>
        <w:rPr>
          <w:rFonts w:ascii="TheSansOffice" w:hAnsi="TheSansOffice"/>
          <w:color w:val="EE0000"/>
          <w:sz w:val="22"/>
          <w:szCs w:val="22"/>
          <w:lang w:val="de-CH"/>
        </w:rPr>
        <w:t>Förderung transversaler Kompetenzen</w:t>
      </w:r>
    </w:p>
    <w:p w14:paraId="0AE6A844" w14:textId="5F9C204C" w:rsidR="00562AD0" w:rsidRPr="007E6B91" w:rsidRDefault="00456790" w:rsidP="00562AD0">
      <w:pPr>
        <w:rPr>
          <w:rFonts w:ascii="TheSansOffice" w:hAnsi="TheSansOffice"/>
          <w:lang w:val="de-CH"/>
        </w:rPr>
      </w:pPr>
      <w:r w:rsidRPr="00456790">
        <w:rPr>
          <w:rFonts w:ascii="TheSansOffice" w:hAnsi="TheSansOffice"/>
          <w:lang w:val="de-CH"/>
        </w:rPr>
        <w:t>Neben sprachlichen Kompetenzen werden überfachliche Kompetenzen wie Lernstrategien, Selbstorganisation, Kooperation, Reflexionsfähigkeit und grundlegende digitale Fertigkeiten systematisch vermittelt und gestärkt.</w:t>
      </w:r>
    </w:p>
    <w:tbl>
      <w:tblPr>
        <w:tblStyle w:val="Tabellenraster"/>
        <w:tblW w:w="9473" w:type="dxa"/>
        <w:tblLook w:val="04A0" w:firstRow="1" w:lastRow="0" w:firstColumn="1" w:lastColumn="0" w:noHBand="0" w:noVBand="1"/>
      </w:tblPr>
      <w:tblGrid>
        <w:gridCol w:w="6123"/>
        <w:gridCol w:w="1117"/>
        <w:gridCol w:w="1116"/>
        <w:gridCol w:w="1117"/>
      </w:tblGrid>
      <w:tr w:rsidR="00562AD0" w:rsidRPr="007E6B91" w14:paraId="7A8BB6EF" w14:textId="77777777">
        <w:trPr>
          <w:trHeight w:val="227"/>
        </w:trPr>
        <w:tc>
          <w:tcPr>
            <w:tcW w:w="6123" w:type="dxa"/>
            <w:shd w:val="clear" w:color="auto" w:fill="D9D9D9" w:themeFill="background1" w:themeFillShade="D9"/>
          </w:tcPr>
          <w:p w14:paraId="4DD1F339" w14:textId="77777777" w:rsidR="00562AD0" w:rsidRPr="007E6B91" w:rsidRDefault="00562AD0">
            <w:pPr>
              <w:rPr>
                <w:rFonts w:ascii="TheSansOffice" w:hAnsi="TheSansOffice"/>
                <w:lang w:val="de-CH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</w:tcPr>
          <w:p w14:paraId="0A6CA63B" w14:textId="77777777" w:rsidR="00562AD0" w:rsidRPr="007E6B91" w:rsidRDefault="00562AD0">
            <w:pPr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Ja</w:t>
            </w:r>
          </w:p>
        </w:tc>
        <w:tc>
          <w:tcPr>
            <w:tcW w:w="1116" w:type="dxa"/>
            <w:shd w:val="clear" w:color="auto" w:fill="D9D9D9" w:themeFill="background1" w:themeFillShade="D9"/>
          </w:tcPr>
          <w:p w14:paraId="0531D4B8" w14:textId="77777777" w:rsidR="00562AD0" w:rsidRPr="007E6B91" w:rsidRDefault="00562AD0">
            <w:pPr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Teilweise</w:t>
            </w:r>
          </w:p>
        </w:tc>
        <w:tc>
          <w:tcPr>
            <w:tcW w:w="1117" w:type="dxa"/>
            <w:shd w:val="clear" w:color="auto" w:fill="D9D9D9" w:themeFill="background1" w:themeFillShade="D9"/>
          </w:tcPr>
          <w:p w14:paraId="63BA3B8F" w14:textId="77777777" w:rsidR="00562AD0" w:rsidRPr="007E6B91" w:rsidRDefault="00562AD0">
            <w:pPr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Nein</w:t>
            </w:r>
          </w:p>
        </w:tc>
      </w:tr>
      <w:tr w:rsidR="00562AD0" w:rsidRPr="007E6B91" w14:paraId="03090BD4" w14:textId="77777777" w:rsidTr="00681963">
        <w:trPr>
          <w:trHeight w:val="227"/>
        </w:trPr>
        <w:tc>
          <w:tcPr>
            <w:tcW w:w="6123" w:type="dxa"/>
          </w:tcPr>
          <w:p w14:paraId="5CF5F4CB" w14:textId="27432127" w:rsidR="00562AD0" w:rsidRPr="007E6B91" w:rsidRDefault="002B62B8">
            <w:pPr>
              <w:rPr>
                <w:rFonts w:ascii="TheSansOffice" w:hAnsi="TheSansOffice"/>
                <w:lang w:val="de-CH"/>
              </w:rPr>
            </w:pPr>
            <w:r w:rsidRPr="002B62B8">
              <w:rPr>
                <w:rFonts w:ascii="TheSansOffice" w:hAnsi="TheSansOffice"/>
                <w:lang w:val="de-CH"/>
              </w:rPr>
              <w:t>Fördern Sie Lernstrategien systema</w:t>
            </w:r>
            <w:r>
              <w:rPr>
                <w:rFonts w:ascii="TheSansOffice" w:hAnsi="TheSansOffice"/>
                <w:lang w:val="de-CH"/>
              </w:rPr>
              <w:t>t</w:t>
            </w:r>
            <w:r w:rsidRPr="002B62B8">
              <w:rPr>
                <w:rFonts w:ascii="TheSansOffice" w:hAnsi="TheSansOffice"/>
                <w:lang w:val="de-CH"/>
              </w:rPr>
              <w:t>isch im Unterricht?</w:t>
            </w:r>
          </w:p>
        </w:tc>
        <w:tc>
          <w:tcPr>
            <w:tcW w:w="1117" w:type="dxa"/>
            <w:vAlign w:val="center"/>
          </w:tcPr>
          <w:p w14:paraId="62BD0741" w14:textId="749EDEF8" w:rsidR="00562AD0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214306933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1963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08CC3DF4" w14:textId="77777777" w:rsidR="00562AD0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32702258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D0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1E717E5A" w14:textId="77777777" w:rsidR="00562AD0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6457048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D0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562AD0" w:rsidRPr="007E6B91" w14:paraId="2B70CEF3" w14:textId="77777777" w:rsidTr="00681963">
        <w:trPr>
          <w:trHeight w:val="227"/>
        </w:trPr>
        <w:tc>
          <w:tcPr>
            <w:tcW w:w="6123" w:type="dxa"/>
          </w:tcPr>
          <w:p w14:paraId="0D178249" w14:textId="7C473E8F" w:rsidR="00562AD0" w:rsidRPr="007E6B91" w:rsidRDefault="002B62B8">
            <w:pPr>
              <w:rPr>
                <w:rFonts w:ascii="TheSansOffice" w:hAnsi="TheSansOffice"/>
                <w:lang w:val="de-CH"/>
              </w:rPr>
            </w:pPr>
            <w:r w:rsidRPr="002B62B8">
              <w:rPr>
                <w:rFonts w:ascii="TheSansOffice" w:hAnsi="TheSansOffice"/>
                <w:lang w:val="de-CH"/>
              </w:rPr>
              <w:t>Unterstützen Sie die Teilnehmenden bei der Selbstorganisation ihres Lernens?</w:t>
            </w:r>
          </w:p>
        </w:tc>
        <w:tc>
          <w:tcPr>
            <w:tcW w:w="1117" w:type="dxa"/>
            <w:vAlign w:val="center"/>
          </w:tcPr>
          <w:p w14:paraId="59EDDBD3" w14:textId="77777777" w:rsidR="00562AD0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52270340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D0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15170C0E" w14:textId="77777777" w:rsidR="00562AD0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207565998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D0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30363A8C" w14:textId="77777777" w:rsidR="00562AD0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67114018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D0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562AD0" w:rsidRPr="007E6B91" w14:paraId="18562361" w14:textId="77777777" w:rsidTr="00681963">
        <w:trPr>
          <w:trHeight w:val="227"/>
        </w:trPr>
        <w:tc>
          <w:tcPr>
            <w:tcW w:w="6123" w:type="dxa"/>
          </w:tcPr>
          <w:p w14:paraId="21BFFBB3" w14:textId="09827872" w:rsidR="00562AD0" w:rsidRPr="007E6B91" w:rsidRDefault="002B62B8">
            <w:pPr>
              <w:rPr>
                <w:rFonts w:ascii="TheSansOffice" w:hAnsi="TheSansOffice"/>
                <w:lang w:val="de-CH"/>
              </w:rPr>
            </w:pPr>
            <w:r w:rsidRPr="002B62B8">
              <w:rPr>
                <w:rFonts w:ascii="TheSansOffice" w:hAnsi="TheSansOffice"/>
                <w:lang w:val="de-CH"/>
              </w:rPr>
              <w:t>Fördern Sie kooperative Lernformen und Zusammenarbeit?</w:t>
            </w:r>
          </w:p>
        </w:tc>
        <w:tc>
          <w:tcPr>
            <w:tcW w:w="1117" w:type="dxa"/>
            <w:vAlign w:val="center"/>
          </w:tcPr>
          <w:p w14:paraId="5D27B713" w14:textId="77777777" w:rsidR="00562AD0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6073944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D0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57A744D1" w14:textId="77777777" w:rsidR="00562AD0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69342727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D0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4707FBDD" w14:textId="77777777" w:rsidR="00562AD0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70884717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D0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562AD0" w:rsidRPr="007E6B91" w14:paraId="3DA09C4F" w14:textId="77777777" w:rsidTr="00681963">
        <w:trPr>
          <w:trHeight w:val="227"/>
        </w:trPr>
        <w:tc>
          <w:tcPr>
            <w:tcW w:w="6123" w:type="dxa"/>
          </w:tcPr>
          <w:p w14:paraId="3B980EC4" w14:textId="3687369F" w:rsidR="00562AD0" w:rsidRPr="007E6B91" w:rsidRDefault="002B62B8">
            <w:pPr>
              <w:rPr>
                <w:rFonts w:ascii="TheSansOffice" w:hAnsi="TheSansOffice"/>
                <w:lang w:val="de-CH"/>
              </w:rPr>
            </w:pPr>
            <w:r w:rsidRPr="002B62B8">
              <w:rPr>
                <w:rFonts w:ascii="TheSansOffice" w:hAnsi="TheSansOffice"/>
                <w:lang w:val="de-CH"/>
              </w:rPr>
              <w:t>Ermöglichen Sie den Teilnehmenden re</w:t>
            </w:r>
            <w:r>
              <w:rPr>
                <w:rFonts w:ascii="TheSansOffice" w:hAnsi="TheSansOffice"/>
                <w:lang w:val="de-CH"/>
              </w:rPr>
              <w:t>g</w:t>
            </w:r>
            <w:r w:rsidRPr="002B62B8">
              <w:rPr>
                <w:rFonts w:ascii="TheSansOffice" w:hAnsi="TheSansOffice"/>
                <w:lang w:val="de-CH"/>
              </w:rPr>
              <w:t>elmässige Selbstreflexion zu ihrem Lernprozess?</w:t>
            </w:r>
          </w:p>
        </w:tc>
        <w:tc>
          <w:tcPr>
            <w:tcW w:w="1117" w:type="dxa"/>
            <w:vAlign w:val="center"/>
          </w:tcPr>
          <w:p w14:paraId="537B3677" w14:textId="77777777" w:rsidR="00562AD0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78499066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D0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38E55516" w14:textId="77777777" w:rsidR="00562AD0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69715210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D0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50FE0F5F" w14:textId="77777777" w:rsidR="00562AD0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67279218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D0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2B62B8" w:rsidRPr="00A43117" w14:paraId="5C532ED5" w14:textId="77777777" w:rsidTr="00681963">
        <w:trPr>
          <w:trHeight w:val="227"/>
        </w:trPr>
        <w:tc>
          <w:tcPr>
            <w:tcW w:w="6123" w:type="dxa"/>
          </w:tcPr>
          <w:p w14:paraId="1FEDBC23" w14:textId="54C1BB81" w:rsidR="002B62B8" w:rsidRPr="007E6B91" w:rsidRDefault="002B62B8">
            <w:pPr>
              <w:rPr>
                <w:rFonts w:ascii="TheSansOffice" w:hAnsi="TheSansOffice"/>
                <w:lang w:val="de-CH"/>
              </w:rPr>
            </w:pPr>
            <w:r w:rsidRPr="002B62B8">
              <w:rPr>
                <w:rFonts w:ascii="TheSansOffice" w:hAnsi="TheSansOffice"/>
                <w:lang w:val="de-CH"/>
              </w:rPr>
              <w:t>Fördern Sie grundlegende digitale Fertigkeiten im Lernprozess?</w:t>
            </w:r>
          </w:p>
        </w:tc>
        <w:tc>
          <w:tcPr>
            <w:tcW w:w="1117" w:type="dxa"/>
            <w:vAlign w:val="center"/>
          </w:tcPr>
          <w:p w14:paraId="7E575770" w14:textId="14335465" w:rsidR="002B62B8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39208593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3C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77C263E3" w14:textId="0B31C2A9" w:rsidR="002B62B8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54434447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3C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777EF392" w14:textId="739FD0FE" w:rsidR="002B62B8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50402169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03C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</w:tbl>
    <w:p w14:paraId="559952A6" w14:textId="77777777" w:rsidR="00562AD0" w:rsidRDefault="00562AD0" w:rsidP="00562AD0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p w14:paraId="4E82AEC4" w14:textId="77777777" w:rsidR="00CD1824" w:rsidRPr="00CD1824" w:rsidRDefault="00CD1824" w:rsidP="00562AD0">
      <w:pPr>
        <w:spacing w:after="0"/>
        <w:ind w:right="-716"/>
        <w:rPr>
          <w:rFonts w:ascii="TheSansOffice" w:hAnsi="TheSansOffice"/>
          <w:lang w:val="de-CH"/>
        </w:rPr>
      </w:pPr>
    </w:p>
    <w:p w14:paraId="76047CDF" w14:textId="78386D00" w:rsidR="00562AD0" w:rsidRDefault="00562AD0" w:rsidP="00562AD0">
      <w:pPr>
        <w:spacing w:after="0"/>
        <w:ind w:right="-716"/>
        <w:rPr>
          <w:rFonts w:ascii="TheSansOffice" w:hAnsi="TheSansOffice"/>
          <w:lang w:val="de-CH"/>
        </w:rPr>
      </w:pPr>
      <w:r w:rsidRPr="007E6B91">
        <w:rPr>
          <w:rFonts w:ascii="TheSansOffice" w:hAnsi="TheSansOffice"/>
          <w:lang w:val="de-CH"/>
        </w:rPr>
        <w:t xml:space="preserve">Über welche Nachweise verfügen Sie, die die Umsetzung dieses Qualitätskriteriums dokumentieren und </w:t>
      </w:r>
      <w:r w:rsidR="005120C5">
        <w:rPr>
          <w:rFonts w:ascii="TheSansOffice" w:hAnsi="TheSansOffice"/>
          <w:lang w:val="de-CH"/>
        </w:rPr>
        <w:br/>
      </w:r>
      <w:r w:rsidRPr="007E6B91">
        <w:rPr>
          <w:rFonts w:ascii="TheSansOffice" w:hAnsi="TheSansOffice"/>
          <w:lang w:val="de-CH"/>
        </w:rPr>
        <w:t>auf Anfrage vorgelegt werden können?</w:t>
      </w:r>
    </w:p>
    <w:p w14:paraId="7C0D61B8" w14:textId="77777777" w:rsidR="005120C5" w:rsidRPr="007E6B91" w:rsidRDefault="005120C5" w:rsidP="00562AD0">
      <w:pPr>
        <w:spacing w:after="0"/>
        <w:ind w:right="-716"/>
        <w:rPr>
          <w:rFonts w:ascii="TheSansOffice" w:hAnsi="TheSansOffice"/>
          <w:lang w:val="de-CH"/>
        </w:rPr>
      </w:pPr>
    </w:p>
    <w:tbl>
      <w:tblPr>
        <w:tblStyle w:val="Tabellenraster"/>
        <w:tblW w:w="9426" w:type="dxa"/>
        <w:tblInd w:w="38" w:type="dxa"/>
        <w:tblLook w:val="04A0" w:firstRow="1" w:lastRow="0" w:firstColumn="1" w:lastColumn="0" w:noHBand="0" w:noVBand="1"/>
      </w:tblPr>
      <w:tblGrid>
        <w:gridCol w:w="4890"/>
        <w:gridCol w:w="4536"/>
      </w:tblGrid>
      <w:tr w:rsidR="00562AD0" w:rsidRPr="007E6B91" w14:paraId="45A3E301" w14:textId="77777777">
        <w:tc>
          <w:tcPr>
            <w:tcW w:w="4890" w:type="dxa"/>
          </w:tcPr>
          <w:p w14:paraId="5CDC7F9B" w14:textId="562E1ADD" w:rsidR="00562AD0" w:rsidRPr="009428CA" w:rsidRDefault="00D818CB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91211908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D0" w:rsidRPr="009428C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562AD0" w:rsidRPr="009428CA">
              <w:rPr>
                <w:rFonts w:ascii="TheSansOffice" w:hAnsi="TheSansOffice"/>
                <w:lang w:val="de-CH"/>
              </w:rPr>
              <w:t xml:space="preserve"> </w:t>
            </w:r>
            <w:r w:rsidR="002B62B8" w:rsidRPr="009428CA">
              <w:rPr>
                <w:rFonts w:ascii="TheSansOffice" w:hAnsi="TheSansOffice"/>
                <w:lang w:val="de-CH"/>
              </w:rPr>
              <w:t xml:space="preserve">Selbstbeurteilungs- </w:t>
            </w:r>
            <w:r w:rsidR="009428CA">
              <w:rPr>
                <w:rFonts w:ascii="TheSansOffice" w:hAnsi="TheSansOffice"/>
                <w:lang w:val="de-CH"/>
              </w:rPr>
              <w:t>und/</w:t>
            </w:r>
            <w:r w:rsidR="002B62B8" w:rsidRPr="009428CA">
              <w:rPr>
                <w:rFonts w:ascii="TheSansOffice" w:hAnsi="TheSansOffice"/>
                <w:lang w:val="de-CH"/>
              </w:rPr>
              <w:t>oder Feedbackraster</w:t>
            </w:r>
          </w:p>
        </w:tc>
        <w:tc>
          <w:tcPr>
            <w:tcW w:w="4536" w:type="dxa"/>
          </w:tcPr>
          <w:p w14:paraId="12183487" w14:textId="77777777" w:rsidR="00562AD0" w:rsidRPr="009428CA" w:rsidRDefault="00D818CB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15881585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D0" w:rsidRPr="009428C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562AD0" w:rsidRPr="009428CA">
              <w:rPr>
                <w:rFonts w:ascii="TheSansOffice" w:hAnsi="TheSansOffice"/>
                <w:lang w:val="de-CH"/>
              </w:rPr>
              <w:t xml:space="preserve"> Unterrichts- und/oder Sequenzplanungen</w:t>
            </w:r>
          </w:p>
        </w:tc>
      </w:tr>
      <w:tr w:rsidR="00562AD0" w:rsidRPr="007E6B91" w14:paraId="440C2CCE" w14:textId="77777777">
        <w:tc>
          <w:tcPr>
            <w:tcW w:w="4890" w:type="dxa"/>
          </w:tcPr>
          <w:p w14:paraId="3B486D8A" w14:textId="4FE4338A" w:rsidR="00562AD0" w:rsidRPr="009428CA" w:rsidRDefault="00D818CB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1930188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D0" w:rsidRPr="009428C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562AD0" w:rsidRPr="009428CA">
              <w:rPr>
                <w:rFonts w:ascii="TheSansOffice" w:hAnsi="TheSansOffice"/>
                <w:lang w:val="de-CH"/>
              </w:rPr>
              <w:t xml:space="preserve"> Beispiele von </w:t>
            </w:r>
            <w:r w:rsidR="002B62B8" w:rsidRPr="009428CA">
              <w:rPr>
                <w:rFonts w:ascii="TheSansOffice" w:hAnsi="TheSansOffice"/>
                <w:lang w:val="de-CH"/>
              </w:rPr>
              <w:t>Lernzielvereinbarungen</w:t>
            </w:r>
          </w:p>
        </w:tc>
        <w:tc>
          <w:tcPr>
            <w:tcW w:w="4536" w:type="dxa"/>
          </w:tcPr>
          <w:p w14:paraId="649F083E" w14:textId="160C9A5A" w:rsidR="00562AD0" w:rsidRPr="009428CA" w:rsidRDefault="00D818CB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992207624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8CA" w:rsidRPr="009428C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562AD0" w:rsidRPr="009428CA">
              <w:rPr>
                <w:rFonts w:ascii="TheSansOffice" w:hAnsi="TheSansOffice"/>
                <w:lang w:val="de-CH"/>
              </w:rPr>
              <w:t xml:space="preserve"> Beispiele von Aufgabenstellungen</w:t>
            </w:r>
          </w:p>
        </w:tc>
      </w:tr>
      <w:tr w:rsidR="00562AD0" w:rsidRPr="00D818CB" w14:paraId="2F501866" w14:textId="77777777">
        <w:tc>
          <w:tcPr>
            <w:tcW w:w="4890" w:type="dxa"/>
          </w:tcPr>
          <w:p w14:paraId="37E7058D" w14:textId="08D2549C" w:rsidR="00562AD0" w:rsidRPr="009428CA" w:rsidRDefault="00D818CB" w:rsidP="002B62B8">
            <w:pPr>
              <w:ind w:left="276" w:hanging="276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210876989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D0" w:rsidRPr="009428C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562AD0" w:rsidRPr="009428CA">
              <w:rPr>
                <w:rFonts w:ascii="TheSansOffice" w:hAnsi="TheSansOffice"/>
                <w:lang w:val="de-CH"/>
              </w:rPr>
              <w:t xml:space="preserve"> Beispiele von </w:t>
            </w:r>
            <w:r w:rsidR="002B62B8" w:rsidRPr="009428CA">
              <w:rPr>
                <w:rFonts w:ascii="TheSansOffice" w:hAnsi="TheSansOffice"/>
                <w:lang w:val="de-CH"/>
              </w:rPr>
              <w:t xml:space="preserve">Gruppenarbeiten und/oder </w:t>
            </w:r>
            <w:r w:rsidR="00626795">
              <w:rPr>
                <w:rFonts w:ascii="TheSansOffice" w:hAnsi="TheSansOffice"/>
                <w:lang w:val="de-CH"/>
              </w:rPr>
              <w:br/>
            </w:r>
            <w:r w:rsidR="002B62B8" w:rsidRPr="009428CA">
              <w:rPr>
                <w:rFonts w:ascii="TheSansOffice" w:hAnsi="TheSansOffice"/>
                <w:lang w:val="de-CH"/>
              </w:rPr>
              <w:t xml:space="preserve">Projektarbeiten </w:t>
            </w:r>
            <w:r w:rsidR="00562AD0" w:rsidRPr="009428CA">
              <w:rPr>
                <w:rFonts w:ascii="TheSansOffice" w:hAnsi="TheSansOffice"/>
                <w:lang w:val="de-CH"/>
              </w:rPr>
              <w:t>und deren</w:t>
            </w:r>
            <w:r w:rsidR="002B62B8" w:rsidRPr="009428CA">
              <w:rPr>
                <w:rFonts w:ascii="TheSansOffice" w:hAnsi="TheSansOffice"/>
                <w:lang w:val="de-CH"/>
              </w:rPr>
              <w:t xml:space="preserve"> E</w:t>
            </w:r>
            <w:r w:rsidR="00562AD0" w:rsidRPr="009428CA">
              <w:rPr>
                <w:rFonts w:ascii="TheSansOffice" w:hAnsi="TheSansOffice"/>
                <w:lang w:val="de-CH"/>
              </w:rPr>
              <w:t>rgebnisse</w:t>
            </w:r>
          </w:p>
        </w:tc>
        <w:tc>
          <w:tcPr>
            <w:tcW w:w="4536" w:type="dxa"/>
          </w:tcPr>
          <w:p w14:paraId="34CCC937" w14:textId="1C08AB87" w:rsidR="00562AD0" w:rsidRPr="009428CA" w:rsidRDefault="00D818CB" w:rsidP="0009065D">
            <w:pPr>
              <w:ind w:left="281" w:hanging="281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90529295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D0" w:rsidRPr="009428C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562AD0" w:rsidRPr="009428CA">
              <w:rPr>
                <w:rFonts w:ascii="TheSansOffice" w:hAnsi="TheSansOffice"/>
                <w:lang w:val="de-CH"/>
              </w:rPr>
              <w:t xml:space="preserve"> </w:t>
            </w:r>
            <w:r w:rsidR="002B62B8" w:rsidRPr="009428CA">
              <w:rPr>
                <w:rFonts w:ascii="TheSansOffice" w:hAnsi="TheSansOffice"/>
                <w:lang w:val="de-CH"/>
              </w:rPr>
              <w:t>Lernpläne und/oder individuelle Pl</w:t>
            </w:r>
            <w:r w:rsidR="009428CA" w:rsidRPr="009428CA">
              <w:rPr>
                <w:rFonts w:ascii="TheSansOffice" w:hAnsi="TheSansOffice"/>
                <w:lang w:val="de-CH"/>
              </w:rPr>
              <w:t>a</w:t>
            </w:r>
            <w:r w:rsidR="002B62B8" w:rsidRPr="009428CA">
              <w:rPr>
                <w:rFonts w:ascii="TheSansOffice" w:hAnsi="TheSansOffice"/>
                <w:lang w:val="de-CH"/>
              </w:rPr>
              <w:t>nungsinstrumente</w:t>
            </w:r>
          </w:p>
        </w:tc>
      </w:tr>
      <w:tr w:rsidR="00562AD0" w:rsidRPr="002B62B8" w14:paraId="2FC15FBD" w14:textId="77777777">
        <w:tc>
          <w:tcPr>
            <w:tcW w:w="4890" w:type="dxa"/>
          </w:tcPr>
          <w:p w14:paraId="2EC4DD98" w14:textId="02B797BD" w:rsidR="00562AD0" w:rsidRPr="009428CA" w:rsidRDefault="00D818CB" w:rsidP="002B62B8">
            <w:pPr>
              <w:ind w:left="276" w:hanging="276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59980169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D0" w:rsidRPr="009428C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562AD0" w:rsidRPr="009428CA">
              <w:rPr>
                <w:rFonts w:ascii="TheSansOffice" w:hAnsi="TheSansOffice"/>
                <w:lang w:val="de-CH"/>
              </w:rPr>
              <w:t xml:space="preserve"> </w:t>
            </w:r>
            <w:r w:rsidR="002B62B8" w:rsidRPr="009428CA">
              <w:rPr>
                <w:rFonts w:ascii="TheSansOffice" w:hAnsi="TheSansOffice"/>
                <w:lang w:val="de-CH"/>
              </w:rPr>
              <w:t xml:space="preserve">Digitale </w:t>
            </w:r>
            <w:r w:rsidR="00562AD0" w:rsidRPr="009428CA">
              <w:rPr>
                <w:rFonts w:ascii="TheSansOffice" w:hAnsi="TheSansOffice"/>
                <w:lang w:val="de-CH"/>
              </w:rPr>
              <w:t>Lernjournale</w:t>
            </w:r>
            <w:r w:rsidR="002B62B8" w:rsidRPr="009428CA">
              <w:rPr>
                <w:rFonts w:ascii="TheSansOffice" w:hAnsi="TheSansOffice"/>
                <w:lang w:val="de-CH"/>
              </w:rPr>
              <w:t xml:space="preserve"> und/oder Arbeitsproben und/oder Portfolio</w:t>
            </w:r>
            <w:r w:rsidR="00714813">
              <w:rPr>
                <w:rFonts w:ascii="TheSansOffice" w:hAnsi="TheSansOffice"/>
                <w:lang w:val="de-CH"/>
              </w:rPr>
              <w:t>s</w:t>
            </w:r>
          </w:p>
        </w:tc>
        <w:tc>
          <w:tcPr>
            <w:tcW w:w="4536" w:type="dxa"/>
          </w:tcPr>
          <w:p w14:paraId="5175D035" w14:textId="0359997E" w:rsidR="00562AD0" w:rsidRPr="009428CA" w:rsidRDefault="00D818CB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76931592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8CA" w:rsidRPr="009428C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9428CA" w:rsidRPr="009428CA">
              <w:rPr>
                <w:rFonts w:ascii="TheSansOffice" w:hAnsi="TheSansOffice"/>
                <w:lang w:val="de-CH"/>
              </w:rPr>
              <w:t xml:space="preserve"> Kurs- und/oder Unterrichtskonzepte</w:t>
            </w:r>
          </w:p>
        </w:tc>
      </w:tr>
      <w:tr w:rsidR="00562AD0" w:rsidRPr="007E6B91" w14:paraId="3236F72B" w14:textId="77777777">
        <w:tc>
          <w:tcPr>
            <w:tcW w:w="9426" w:type="dxa"/>
            <w:gridSpan w:val="2"/>
          </w:tcPr>
          <w:p w14:paraId="2882B160" w14:textId="77777777" w:rsidR="00562AD0" w:rsidRPr="007E6B91" w:rsidRDefault="00D818CB">
            <w:pPr>
              <w:rPr>
                <w:rFonts w:ascii="TheSansOffice" w:hAnsi="TheSansOffice" w:cs="Segoe UI Symbol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38348559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2AD0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562AD0" w:rsidRPr="007E6B91">
              <w:rPr>
                <w:rFonts w:ascii="TheSansOffice" w:hAnsi="TheSansOffice" w:cs="Segoe UI Symbol"/>
                <w:lang w:val="de-CH"/>
              </w:rPr>
              <w:t xml:space="preserve"> Anderes/Weiteres:</w:t>
            </w:r>
          </w:p>
          <w:p w14:paraId="1D571E6D" w14:textId="657DB32C" w:rsidR="00562AD0" w:rsidRPr="00F70525" w:rsidRDefault="00F70525" w:rsidP="00F70525">
            <w:pPr>
              <w:rPr>
                <w:rFonts w:ascii="TheSansOffice" w:hAnsi="TheSansOffice" w:cs="Segoe UI Symbol"/>
                <w:lang w:val="de-CH"/>
              </w:rPr>
            </w:pP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8F1A60">
              <w:rPr>
                <w:rFonts w:ascii="TheSansOffice" w:hAnsi="TheSansOffice"/>
                <w:sz w:val="24"/>
                <w:szCs w:val="24"/>
              </w:rPr>
              <w:instrText xml:space="preserve"> FORMTEXT </w:instrTex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separate"/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end"/>
            </w:r>
          </w:p>
        </w:tc>
      </w:tr>
    </w:tbl>
    <w:p w14:paraId="6DDE102D" w14:textId="1F6220E3" w:rsidR="00456790" w:rsidRDefault="00456790" w:rsidP="009428CA">
      <w:pPr>
        <w:rPr>
          <w:rFonts w:ascii="TheSansOffice" w:hAnsi="TheSansOffice"/>
          <w:lang w:val="de-CH"/>
        </w:rPr>
      </w:pPr>
    </w:p>
    <w:p w14:paraId="61FE0632" w14:textId="77777777" w:rsidR="004B5391" w:rsidRDefault="004B5391" w:rsidP="009428CA">
      <w:pPr>
        <w:rPr>
          <w:rFonts w:ascii="TheSansOffice" w:hAnsi="TheSansOffice"/>
          <w:lang w:val="de-CH"/>
        </w:rPr>
      </w:pPr>
    </w:p>
    <w:p w14:paraId="5C9CDE55" w14:textId="168AC3AE" w:rsidR="009428CA" w:rsidRPr="007E6B91" w:rsidRDefault="009428CA" w:rsidP="009428CA">
      <w:pPr>
        <w:pStyle w:val="berschrift2"/>
        <w:rPr>
          <w:rFonts w:ascii="TheSansOffice" w:hAnsi="TheSansOffice"/>
          <w:color w:val="EE0000"/>
          <w:sz w:val="22"/>
          <w:szCs w:val="22"/>
          <w:lang w:val="de-CH"/>
        </w:rPr>
      </w:pP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lastRenderedPageBreak/>
        <w:t xml:space="preserve">Kriterium </w:t>
      </w:r>
      <w:r>
        <w:rPr>
          <w:rFonts w:ascii="TheSansOffice" w:hAnsi="TheSansOffice"/>
          <w:color w:val="EE0000"/>
          <w:sz w:val="22"/>
          <w:szCs w:val="22"/>
          <w:lang w:val="de-CH"/>
        </w:rPr>
        <w:t>e)</w:t>
      </w:r>
      <w:r w:rsidRPr="007E6B91">
        <w:rPr>
          <w:rFonts w:ascii="TheSansOffice" w:hAnsi="TheSansOffice"/>
          <w:color w:val="EE0000"/>
          <w:sz w:val="22"/>
          <w:szCs w:val="22"/>
          <w:lang w:val="de-CH"/>
        </w:rPr>
        <w:t xml:space="preserve"> </w:t>
      </w:r>
      <w:r>
        <w:rPr>
          <w:rFonts w:ascii="TheSansOffice" w:hAnsi="TheSansOffice"/>
          <w:color w:val="EE0000"/>
          <w:sz w:val="22"/>
          <w:szCs w:val="22"/>
          <w:lang w:val="de-CH"/>
        </w:rPr>
        <w:t>Digitale Kompetenzen</w:t>
      </w:r>
    </w:p>
    <w:p w14:paraId="090A4E68" w14:textId="6AFB86B2" w:rsidR="009428CA" w:rsidRPr="007E6B91" w:rsidRDefault="009428CA" w:rsidP="009428CA">
      <w:pPr>
        <w:rPr>
          <w:rFonts w:ascii="TheSansOffice" w:hAnsi="TheSansOffice"/>
          <w:lang w:val="de-CH"/>
        </w:rPr>
      </w:pPr>
      <w:r w:rsidRPr="009428CA">
        <w:rPr>
          <w:rFonts w:ascii="TheSansOffice" w:hAnsi="TheSansOffice"/>
          <w:lang w:val="de-CH"/>
        </w:rPr>
        <w:t>Die Sprachförderung befähigt Teilnehmende, grundlegende digitale Anwendungen und Kommunikationsformen im Alltag, im Arbeitsleben und im Bildungsbereich sicher zu nutzen und integriert digitale Medien sowohl als Hilfsmittel wie auch als Lerngegenstand.</w:t>
      </w:r>
    </w:p>
    <w:tbl>
      <w:tblPr>
        <w:tblStyle w:val="Tabellenraster"/>
        <w:tblW w:w="9473" w:type="dxa"/>
        <w:tblLook w:val="04A0" w:firstRow="1" w:lastRow="0" w:firstColumn="1" w:lastColumn="0" w:noHBand="0" w:noVBand="1"/>
      </w:tblPr>
      <w:tblGrid>
        <w:gridCol w:w="6123"/>
        <w:gridCol w:w="1117"/>
        <w:gridCol w:w="1116"/>
        <w:gridCol w:w="1117"/>
      </w:tblGrid>
      <w:tr w:rsidR="009428CA" w:rsidRPr="007E6B91" w14:paraId="6A096328" w14:textId="77777777">
        <w:trPr>
          <w:trHeight w:val="227"/>
        </w:trPr>
        <w:tc>
          <w:tcPr>
            <w:tcW w:w="6123" w:type="dxa"/>
            <w:shd w:val="clear" w:color="auto" w:fill="D9D9D9" w:themeFill="background1" w:themeFillShade="D9"/>
          </w:tcPr>
          <w:p w14:paraId="6B6E91FE" w14:textId="77777777" w:rsidR="009428CA" w:rsidRPr="007E6B91" w:rsidRDefault="009428CA">
            <w:pPr>
              <w:rPr>
                <w:rFonts w:ascii="TheSansOffice" w:hAnsi="TheSansOffice"/>
                <w:lang w:val="de-CH"/>
              </w:rPr>
            </w:pPr>
          </w:p>
        </w:tc>
        <w:tc>
          <w:tcPr>
            <w:tcW w:w="1117" w:type="dxa"/>
            <w:shd w:val="clear" w:color="auto" w:fill="D9D9D9" w:themeFill="background1" w:themeFillShade="D9"/>
          </w:tcPr>
          <w:p w14:paraId="0BE3AF8B" w14:textId="77777777" w:rsidR="009428CA" w:rsidRPr="007E6B91" w:rsidRDefault="009428CA">
            <w:pPr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Ja</w:t>
            </w:r>
          </w:p>
        </w:tc>
        <w:tc>
          <w:tcPr>
            <w:tcW w:w="1116" w:type="dxa"/>
            <w:shd w:val="clear" w:color="auto" w:fill="D9D9D9" w:themeFill="background1" w:themeFillShade="D9"/>
          </w:tcPr>
          <w:p w14:paraId="38D21B1F" w14:textId="77777777" w:rsidR="009428CA" w:rsidRPr="007E6B91" w:rsidRDefault="009428CA">
            <w:pPr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Teilweise</w:t>
            </w:r>
          </w:p>
        </w:tc>
        <w:tc>
          <w:tcPr>
            <w:tcW w:w="1117" w:type="dxa"/>
            <w:shd w:val="clear" w:color="auto" w:fill="D9D9D9" w:themeFill="background1" w:themeFillShade="D9"/>
          </w:tcPr>
          <w:p w14:paraId="6F6753DE" w14:textId="77777777" w:rsidR="009428CA" w:rsidRPr="007E6B91" w:rsidRDefault="009428CA">
            <w:pPr>
              <w:rPr>
                <w:rFonts w:ascii="TheSansOffice" w:hAnsi="TheSansOffice"/>
                <w:lang w:val="de-CH"/>
              </w:rPr>
            </w:pPr>
            <w:r w:rsidRPr="007E6B91">
              <w:rPr>
                <w:rFonts w:ascii="TheSansOffice" w:hAnsi="TheSansOffice"/>
                <w:lang w:val="de-CH"/>
              </w:rPr>
              <w:t>Nein</w:t>
            </w:r>
          </w:p>
        </w:tc>
      </w:tr>
      <w:tr w:rsidR="009428CA" w:rsidRPr="007E6B91" w14:paraId="53BF6C0C" w14:textId="77777777" w:rsidTr="00681963">
        <w:trPr>
          <w:trHeight w:val="227"/>
        </w:trPr>
        <w:tc>
          <w:tcPr>
            <w:tcW w:w="6123" w:type="dxa"/>
          </w:tcPr>
          <w:p w14:paraId="052DEAF3" w14:textId="08048D10" w:rsidR="009428CA" w:rsidRPr="007E6B91" w:rsidRDefault="009428CA">
            <w:pPr>
              <w:rPr>
                <w:rFonts w:ascii="TheSansOffice" w:hAnsi="TheSansOffice"/>
                <w:lang w:val="de-CH"/>
              </w:rPr>
            </w:pPr>
            <w:r w:rsidRPr="009428CA">
              <w:rPr>
                <w:rFonts w:ascii="TheSansOffice" w:hAnsi="TheSansOffice"/>
                <w:lang w:val="de-CH"/>
              </w:rPr>
              <w:t xml:space="preserve">Vermitteln Sie grundlegende digitale Kompetenzen für Alltag, </w:t>
            </w:r>
            <w:r w:rsidR="00626795">
              <w:rPr>
                <w:rFonts w:ascii="TheSansOffice" w:hAnsi="TheSansOffice"/>
                <w:lang w:val="de-CH"/>
              </w:rPr>
              <w:br/>
            </w:r>
            <w:r w:rsidRPr="009428CA">
              <w:rPr>
                <w:rFonts w:ascii="TheSansOffice" w:hAnsi="TheSansOffice"/>
                <w:lang w:val="de-CH"/>
              </w:rPr>
              <w:t>Beruf oder Bildung?</w:t>
            </w:r>
          </w:p>
        </w:tc>
        <w:tc>
          <w:tcPr>
            <w:tcW w:w="1117" w:type="dxa"/>
            <w:vAlign w:val="center"/>
          </w:tcPr>
          <w:p w14:paraId="4D9B1197" w14:textId="5FE68F76" w:rsidR="009428CA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65926986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7A0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50FEB93A" w14:textId="77777777" w:rsidR="009428CA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78210530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8C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5714CB13" w14:textId="77777777" w:rsidR="009428CA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203484743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8C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9428CA" w:rsidRPr="007E6B91" w14:paraId="7A2E56E7" w14:textId="77777777" w:rsidTr="00681963">
        <w:trPr>
          <w:trHeight w:val="227"/>
        </w:trPr>
        <w:tc>
          <w:tcPr>
            <w:tcW w:w="6123" w:type="dxa"/>
          </w:tcPr>
          <w:p w14:paraId="71A0E185" w14:textId="55871065" w:rsidR="009428CA" w:rsidRPr="007E6B91" w:rsidRDefault="009428CA">
            <w:pPr>
              <w:rPr>
                <w:rFonts w:ascii="TheSansOffice" w:hAnsi="TheSansOffice"/>
                <w:lang w:val="de-CH"/>
              </w:rPr>
            </w:pPr>
            <w:r w:rsidRPr="009428CA">
              <w:rPr>
                <w:rFonts w:ascii="TheSansOffice" w:hAnsi="TheSansOffice"/>
                <w:lang w:val="de-CH"/>
              </w:rPr>
              <w:t>Üben die Teilnehmenden den Um</w:t>
            </w:r>
            <w:r>
              <w:rPr>
                <w:rFonts w:ascii="TheSansOffice" w:hAnsi="TheSansOffice"/>
                <w:lang w:val="de-CH"/>
              </w:rPr>
              <w:t>g</w:t>
            </w:r>
            <w:r w:rsidRPr="009428CA">
              <w:rPr>
                <w:rFonts w:ascii="TheSansOffice" w:hAnsi="TheSansOffice"/>
                <w:lang w:val="de-CH"/>
              </w:rPr>
              <w:t xml:space="preserve">ang mit digitalen Kommunikationsformen wie </w:t>
            </w:r>
            <w:r w:rsidR="001163D0">
              <w:rPr>
                <w:rFonts w:ascii="TheSansOffice" w:hAnsi="TheSansOffice"/>
                <w:lang w:val="de-CH"/>
              </w:rPr>
              <w:t xml:space="preserve">E-Mail, </w:t>
            </w:r>
            <w:r w:rsidR="00317C43">
              <w:rPr>
                <w:rFonts w:ascii="TheSansOffice" w:hAnsi="TheSansOffice"/>
                <w:lang w:val="de-CH"/>
              </w:rPr>
              <w:t>Online-Formulare</w:t>
            </w:r>
            <w:r w:rsidR="00714813">
              <w:rPr>
                <w:rFonts w:ascii="TheSansOffice" w:hAnsi="TheSansOffice"/>
                <w:lang w:val="de-CH"/>
              </w:rPr>
              <w:t>n</w:t>
            </w:r>
            <w:r w:rsidR="00317C43">
              <w:rPr>
                <w:rFonts w:ascii="TheSansOffice" w:hAnsi="TheSansOffice"/>
                <w:lang w:val="de-CH"/>
              </w:rPr>
              <w:t xml:space="preserve">, QR-Codes, </w:t>
            </w:r>
            <w:r w:rsidRPr="009428CA">
              <w:rPr>
                <w:rFonts w:ascii="TheSansOffice" w:hAnsi="TheSansOffice"/>
                <w:lang w:val="de-CH"/>
              </w:rPr>
              <w:t>Videokonferenzen</w:t>
            </w:r>
            <w:r w:rsidR="00317C43">
              <w:rPr>
                <w:rFonts w:ascii="TheSansOffice" w:hAnsi="TheSansOffice"/>
                <w:lang w:val="de-CH"/>
              </w:rPr>
              <w:t xml:space="preserve"> etc.</w:t>
            </w:r>
            <w:r w:rsidRPr="009428CA">
              <w:rPr>
                <w:rFonts w:ascii="TheSansOffice" w:hAnsi="TheSansOffice"/>
                <w:lang w:val="de-CH"/>
              </w:rPr>
              <w:t>?</w:t>
            </w:r>
          </w:p>
        </w:tc>
        <w:tc>
          <w:tcPr>
            <w:tcW w:w="1117" w:type="dxa"/>
            <w:vAlign w:val="center"/>
          </w:tcPr>
          <w:p w14:paraId="43F8B15D" w14:textId="77777777" w:rsidR="009428CA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07952255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8C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36B914FA" w14:textId="77777777" w:rsidR="009428CA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66546176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8C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75668CA4" w14:textId="77777777" w:rsidR="009428CA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90417652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8C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9428CA" w:rsidRPr="007E6B91" w14:paraId="7BAEB3CA" w14:textId="77777777" w:rsidTr="00681963">
        <w:trPr>
          <w:trHeight w:val="227"/>
        </w:trPr>
        <w:tc>
          <w:tcPr>
            <w:tcW w:w="6123" w:type="dxa"/>
          </w:tcPr>
          <w:p w14:paraId="5EC8C856" w14:textId="0D7123D8" w:rsidR="009428CA" w:rsidRPr="007E6B91" w:rsidRDefault="001163D0">
            <w:pPr>
              <w:rPr>
                <w:rFonts w:ascii="TheSansOffice" w:hAnsi="TheSansOffice"/>
                <w:lang w:val="de-CH"/>
              </w:rPr>
            </w:pPr>
            <w:r w:rsidRPr="001163D0">
              <w:rPr>
                <w:rFonts w:ascii="TheSansOffice" w:hAnsi="TheSansOffice"/>
                <w:lang w:val="de-CH"/>
              </w:rPr>
              <w:t>Setzen Sie digitale Medien oder Tools aktiv im Unterricht ein?</w:t>
            </w:r>
          </w:p>
        </w:tc>
        <w:tc>
          <w:tcPr>
            <w:tcW w:w="1117" w:type="dxa"/>
            <w:vAlign w:val="center"/>
          </w:tcPr>
          <w:p w14:paraId="57BA8526" w14:textId="77777777" w:rsidR="009428CA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46105259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8C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2992F0F3" w14:textId="77777777" w:rsidR="009428CA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3649603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8C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05327492" w14:textId="77777777" w:rsidR="009428CA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39863587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8C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9428CA" w:rsidRPr="007E6B91" w14:paraId="3BBDFA32" w14:textId="77777777" w:rsidTr="00681963">
        <w:trPr>
          <w:trHeight w:val="227"/>
        </w:trPr>
        <w:tc>
          <w:tcPr>
            <w:tcW w:w="6123" w:type="dxa"/>
          </w:tcPr>
          <w:p w14:paraId="783459C5" w14:textId="31A44E9E" w:rsidR="009428CA" w:rsidRPr="007E6B91" w:rsidRDefault="001163D0">
            <w:pPr>
              <w:rPr>
                <w:rFonts w:ascii="TheSansOffice" w:hAnsi="TheSansOffice"/>
                <w:lang w:val="de-CH"/>
              </w:rPr>
            </w:pPr>
            <w:r w:rsidRPr="001163D0">
              <w:rPr>
                <w:rFonts w:ascii="TheSansOffice" w:hAnsi="TheSansOffice"/>
                <w:lang w:val="de-CH"/>
              </w:rPr>
              <w:t xml:space="preserve">Thematisieren Sie den sicheren und kritischen Umgang mit </w:t>
            </w:r>
            <w:r w:rsidR="00626795">
              <w:rPr>
                <w:rFonts w:ascii="TheSansOffice" w:hAnsi="TheSansOffice"/>
                <w:lang w:val="de-CH"/>
              </w:rPr>
              <w:br/>
            </w:r>
            <w:r w:rsidRPr="001163D0">
              <w:rPr>
                <w:rFonts w:ascii="TheSansOffice" w:hAnsi="TheSansOffice"/>
                <w:lang w:val="de-CH"/>
              </w:rPr>
              <w:t xml:space="preserve">digitalen Anwendungen </w:t>
            </w:r>
            <w:r w:rsidR="002E4CDB">
              <w:rPr>
                <w:rFonts w:ascii="TheSansOffice" w:hAnsi="TheSansOffice"/>
                <w:lang w:val="de-CH"/>
              </w:rPr>
              <w:t>und/</w:t>
            </w:r>
            <w:r w:rsidRPr="001163D0">
              <w:rPr>
                <w:rFonts w:ascii="TheSansOffice" w:hAnsi="TheSansOffice"/>
                <w:lang w:val="de-CH"/>
              </w:rPr>
              <w:t>oder KI-Tools?</w:t>
            </w:r>
          </w:p>
        </w:tc>
        <w:tc>
          <w:tcPr>
            <w:tcW w:w="1117" w:type="dxa"/>
            <w:vAlign w:val="center"/>
          </w:tcPr>
          <w:p w14:paraId="0B64D17B" w14:textId="77777777" w:rsidR="009428CA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2051058427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8C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35C5195A" w14:textId="77777777" w:rsidR="009428CA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3472098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8C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656A57FA" w14:textId="77777777" w:rsidR="009428CA" w:rsidRPr="007E6B91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88486163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8CA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317C43" w:rsidRPr="00317C43" w14:paraId="45F98435" w14:textId="77777777" w:rsidTr="00681963">
        <w:trPr>
          <w:trHeight w:val="227"/>
        </w:trPr>
        <w:tc>
          <w:tcPr>
            <w:tcW w:w="6123" w:type="dxa"/>
          </w:tcPr>
          <w:p w14:paraId="5847090E" w14:textId="49607CC4" w:rsidR="00317C43" w:rsidRPr="001163D0" w:rsidRDefault="00317C43" w:rsidP="00317C43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Thematisieren Sie die Nutzung von elektronischen Automaten und Apparaten?</w:t>
            </w:r>
          </w:p>
        </w:tc>
        <w:tc>
          <w:tcPr>
            <w:tcW w:w="1117" w:type="dxa"/>
            <w:vAlign w:val="center"/>
          </w:tcPr>
          <w:p w14:paraId="38334CFB" w14:textId="441255DC" w:rsidR="00317C43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61827424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C4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231D0C6E" w14:textId="0E74B72F" w:rsidR="00317C43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90806548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C4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2C72AA3C" w14:textId="2EA44CE2" w:rsidR="00317C43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52371389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C4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  <w:tr w:rsidR="00317C43" w:rsidRPr="00317C43" w14:paraId="0FB31F7D" w14:textId="77777777" w:rsidTr="00681963">
        <w:trPr>
          <w:trHeight w:val="227"/>
        </w:trPr>
        <w:tc>
          <w:tcPr>
            <w:tcW w:w="6123" w:type="dxa"/>
          </w:tcPr>
          <w:p w14:paraId="5C2C6AB1" w14:textId="1A06A615" w:rsidR="00317C43" w:rsidRDefault="00317C43" w:rsidP="00317C43">
            <w:pPr>
              <w:rPr>
                <w:rFonts w:ascii="TheSansOffice" w:hAnsi="TheSansOffice"/>
                <w:lang w:val="de-CH"/>
              </w:rPr>
            </w:pPr>
            <w:r>
              <w:rPr>
                <w:rFonts w:ascii="TheSansOffice" w:hAnsi="TheSansOffice"/>
                <w:lang w:val="de-CH"/>
              </w:rPr>
              <w:t>Machen sie die Teilnehmenden auf Hilfsmittel zur barrierearmen Kommunikation aufmerksam?</w:t>
            </w:r>
          </w:p>
        </w:tc>
        <w:tc>
          <w:tcPr>
            <w:tcW w:w="1117" w:type="dxa"/>
            <w:vAlign w:val="center"/>
          </w:tcPr>
          <w:p w14:paraId="2F05F745" w14:textId="6A7857BE" w:rsidR="00317C43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53195191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C4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6" w:type="dxa"/>
            <w:vAlign w:val="center"/>
          </w:tcPr>
          <w:p w14:paraId="12EBEC48" w14:textId="79162F11" w:rsidR="00317C43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268116392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C4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  <w:tc>
          <w:tcPr>
            <w:tcW w:w="1117" w:type="dxa"/>
            <w:vAlign w:val="center"/>
          </w:tcPr>
          <w:p w14:paraId="7FD4544E" w14:textId="1CE4D935" w:rsidR="00317C43" w:rsidRDefault="00D818CB" w:rsidP="00681963">
            <w:pPr>
              <w:jc w:val="center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96990058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C43" w:rsidRPr="007E6B91">
                  <w:rPr>
                    <w:rFonts w:ascii="Segoe UI Symbol" w:eastAsia="MS Gothic" w:hAnsi="Segoe UI Symbol" w:cs="Segoe UI Symbol"/>
                    <w:lang w:val="de-CH"/>
                  </w:rPr>
                  <w:t>☐</w:t>
                </w:r>
              </w:sdtContent>
            </w:sdt>
          </w:p>
        </w:tc>
      </w:tr>
    </w:tbl>
    <w:p w14:paraId="02342AFB" w14:textId="77777777" w:rsidR="009428CA" w:rsidRDefault="009428CA" w:rsidP="009428CA">
      <w:pPr>
        <w:spacing w:after="0"/>
        <w:ind w:right="-716"/>
        <w:rPr>
          <w:rFonts w:ascii="TheSansOffice" w:hAnsi="TheSansOffice"/>
          <w:sz w:val="10"/>
          <w:szCs w:val="10"/>
          <w:lang w:val="de-CH"/>
        </w:rPr>
      </w:pPr>
    </w:p>
    <w:p w14:paraId="2F8423D1" w14:textId="77777777" w:rsidR="00CD1824" w:rsidRPr="00CD1824" w:rsidRDefault="00CD1824" w:rsidP="009428CA">
      <w:pPr>
        <w:spacing w:after="0"/>
        <w:ind w:right="-716"/>
        <w:rPr>
          <w:rFonts w:ascii="TheSansOffice" w:hAnsi="TheSansOffice"/>
          <w:lang w:val="de-CH"/>
        </w:rPr>
      </w:pPr>
    </w:p>
    <w:p w14:paraId="7D4CDE4F" w14:textId="27BA8832" w:rsidR="00760F1B" w:rsidRPr="007E6B91" w:rsidRDefault="009428CA" w:rsidP="009428CA">
      <w:pPr>
        <w:spacing w:after="0"/>
        <w:ind w:right="-716"/>
        <w:rPr>
          <w:rFonts w:ascii="TheSansOffice" w:hAnsi="TheSansOffice"/>
          <w:lang w:val="de-CH"/>
        </w:rPr>
      </w:pPr>
      <w:r w:rsidRPr="007E6B91">
        <w:rPr>
          <w:rFonts w:ascii="TheSansOffice" w:hAnsi="TheSansOffice"/>
          <w:lang w:val="de-CH"/>
        </w:rPr>
        <w:t xml:space="preserve">Über welche Nachweise verfügen Sie, die die Umsetzung dieses Qualitätskriteriums dokumentieren und </w:t>
      </w:r>
      <w:r w:rsidR="005120C5">
        <w:rPr>
          <w:rFonts w:ascii="TheSansOffice" w:hAnsi="TheSansOffice"/>
          <w:lang w:val="de-CH"/>
        </w:rPr>
        <w:br/>
      </w:r>
      <w:r w:rsidRPr="007E6B91">
        <w:rPr>
          <w:rFonts w:ascii="TheSansOffice" w:hAnsi="TheSansOffice"/>
          <w:lang w:val="de-CH"/>
        </w:rPr>
        <w:t>auf Anfrage vorgelegt werden können?</w:t>
      </w:r>
    </w:p>
    <w:p w14:paraId="091EA53E" w14:textId="77777777" w:rsidR="009428CA" w:rsidRPr="005120C5" w:rsidRDefault="009428CA" w:rsidP="009428CA">
      <w:pPr>
        <w:spacing w:after="0"/>
        <w:ind w:right="-716"/>
        <w:rPr>
          <w:rFonts w:ascii="TheSansOffice" w:hAnsi="TheSansOffice"/>
          <w:sz w:val="20"/>
          <w:szCs w:val="20"/>
          <w:lang w:val="de-CH"/>
        </w:rPr>
      </w:pPr>
    </w:p>
    <w:tbl>
      <w:tblPr>
        <w:tblStyle w:val="Tabellenraster"/>
        <w:tblW w:w="9426" w:type="dxa"/>
        <w:tblInd w:w="38" w:type="dxa"/>
        <w:tblLook w:val="04A0" w:firstRow="1" w:lastRow="0" w:firstColumn="1" w:lastColumn="0" w:noHBand="0" w:noVBand="1"/>
      </w:tblPr>
      <w:tblGrid>
        <w:gridCol w:w="4890"/>
        <w:gridCol w:w="4536"/>
      </w:tblGrid>
      <w:tr w:rsidR="009428CA" w:rsidRPr="007E6B91" w14:paraId="6FCFF638" w14:textId="77777777">
        <w:tc>
          <w:tcPr>
            <w:tcW w:w="4890" w:type="dxa"/>
          </w:tcPr>
          <w:p w14:paraId="77B5FF41" w14:textId="22931AAE" w:rsidR="009428CA" w:rsidRPr="007E6B91" w:rsidRDefault="00D818CB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44049798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8C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9428CA">
              <w:rPr>
                <w:rFonts w:ascii="TheSansOffice" w:hAnsi="TheSansOffice"/>
                <w:lang w:val="de-CH"/>
              </w:rPr>
              <w:t xml:space="preserve"> </w:t>
            </w:r>
            <w:r w:rsidR="00760F1B">
              <w:rPr>
                <w:rFonts w:ascii="TheSansOffice" w:hAnsi="TheSansOffice"/>
                <w:lang w:val="de-CH"/>
              </w:rPr>
              <w:t>Unterrichts- und/oder Sequenzplanungen</w:t>
            </w:r>
          </w:p>
        </w:tc>
        <w:tc>
          <w:tcPr>
            <w:tcW w:w="4536" w:type="dxa"/>
          </w:tcPr>
          <w:p w14:paraId="1C0E689C" w14:textId="47DB4176" w:rsidR="009428CA" w:rsidRPr="007E6B91" w:rsidRDefault="00D818CB" w:rsidP="00760F1B">
            <w:pPr>
              <w:ind w:left="64" w:hanging="77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85330445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1E3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9428CA">
              <w:rPr>
                <w:rFonts w:ascii="TheSansOffice" w:hAnsi="TheSansOffice"/>
                <w:lang w:val="de-CH"/>
              </w:rPr>
              <w:t xml:space="preserve"> </w:t>
            </w:r>
            <w:r w:rsidR="00760F1B">
              <w:rPr>
                <w:rFonts w:ascii="TheSansOffice" w:hAnsi="TheSansOffice"/>
                <w:lang w:val="de-CH"/>
              </w:rPr>
              <w:t>Kurskonzept</w:t>
            </w:r>
          </w:p>
        </w:tc>
      </w:tr>
      <w:tr w:rsidR="009428CA" w:rsidRPr="00D818CB" w14:paraId="204EFEA6" w14:textId="77777777">
        <w:tc>
          <w:tcPr>
            <w:tcW w:w="4890" w:type="dxa"/>
          </w:tcPr>
          <w:p w14:paraId="1825C279" w14:textId="6B45F0F0" w:rsidR="009428CA" w:rsidRPr="007E6B91" w:rsidRDefault="00D818CB" w:rsidP="00760F1B">
            <w:pPr>
              <w:ind w:left="276" w:hanging="276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329196536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8C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9428CA">
              <w:rPr>
                <w:rFonts w:ascii="TheSansOffice" w:hAnsi="TheSansOffice"/>
                <w:lang w:val="de-CH"/>
              </w:rPr>
              <w:t xml:space="preserve"> </w:t>
            </w:r>
            <w:r w:rsidR="00760F1B">
              <w:rPr>
                <w:rFonts w:ascii="TheSansOffice" w:hAnsi="TheSansOffice"/>
                <w:lang w:val="de-CH"/>
              </w:rPr>
              <w:t>Dokumentation eingesetzter barrierearmer Funktionen</w:t>
            </w:r>
          </w:p>
        </w:tc>
        <w:tc>
          <w:tcPr>
            <w:tcW w:w="4536" w:type="dxa"/>
          </w:tcPr>
          <w:p w14:paraId="7BA266CF" w14:textId="05BA2159" w:rsidR="009428CA" w:rsidRPr="007E6B91" w:rsidRDefault="00D818CB" w:rsidP="00C336A4">
            <w:pPr>
              <w:ind w:left="281" w:hanging="294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6487446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1E3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9428CA">
              <w:rPr>
                <w:rFonts w:ascii="TheSansOffice" w:hAnsi="TheSansOffice"/>
                <w:lang w:val="de-CH"/>
              </w:rPr>
              <w:t xml:space="preserve"> </w:t>
            </w:r>
            <w:r w:rsidR="00760F1B">
              <w:rPr>
                <w:rFonts w:ascii="TheSansOffice" w:hAnsi="TheSansOffice"/>
                <w:lang w:val="de-CH"/>
              </w:rPr>
              <w:t xml:space="preserve">Beispiele von </w:t>
            </w:r>
            <w:r w:rsidR="009428CA">
              <w:rPr>
                <w:rFonts w:ascii="TheSansOffice" w:hAnsi="TheSansOffice"/>
                <w:lang w:val="de-CH"/>
              </w:rPr>
              <w:t>Aufgabenstellungen</w:t>
            </w:r>
            <w:r w:rsidR="00760F1B">
              <w:rPr>
                <w:rFonts w:ascii="TheSansOffice" w:hAnsi="TheSansOffice"/>
                <w:lang w:val="de-CH"/>
              </w:rPr>
              <w:t xml:space="preserve"> und deren Ergebnisse</w:t>
            </w:r>
          </w:p>
        </w:tc>
      </w:tr>
      <w:tr w:rsidR="009428CA" w:rsidRPr="00D818CB" w14:paraId="5BC0203A" w14:textId="77777777">
        <w:tc>
          <w:tcPr>
            <w:tcW w:w="4890" w:type="dxa"/>
          </w:tcPr>
          <w:p w14:paraId="118BEC11" w14:textId="0768D8E5" w:rsidR="009428CA" w:rsidRPr="007E6B91" w:rsidRDefault="00D818CB" w:rsidP="00760F1B">
            <w:pPr>
              <w:ind w:left="276" w:hanging="276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357826823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8C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9428CA">
              <w:rPr>
                <w:rFonts w:ascii="TheSansOffice" w:hAnsi="TheSansOffice"/>
                <w:lang w:val="de-CH"/>
              </w:rPr>
              <w:t xml:space="preserve"> Beispiele von Transferaufträgen</w:t>
            </w:r>
            <w:r w:rsidR="00760F1B">
              <w:rPr>
                <w:rFonts w:ascii="TheSansOffice" w:hAnsi="TheSansOffice"/>
                <w:lang w:val="de-CH"/>
              </w:rPr>
              <w:t xml:space="preserve"> und deren </w:t>
            </w:r>
            <w:r w:rsidR="00626795">
              <w:rPr>
                <w:rFonts w:ascii="TheSansOffice" w:hAnsi="TheSansOffice"/>
                <w:lang w:val="de-CH"/>
              </w:rPr>
              <w:br/>
            </w:r>
            <w:r w:rsidR="00760F1B">
              <w:rPr>
                <w:rFonts w:ascii="TheSansOffice" w:hAnsi="TheSansOffice"/>
                <w:lang w:val="de-CH"/>
              </w:rPr>
              <w:t>Ergebnisse</w:t>
            </w:r>
          </w:p>
        </w:tc>
        <w:tc>
          <w:tcPr>
            <w:tcW w:w="4536" w:type="dxa"/>
          </w:tcPr>
          <w:p w14:paraId="3FEBFFC6" w14:textId="0DD37EF4" w:rsidR="009428CA" w:rsidRPr="007E6B91" w:rsidRDefault="00D818CB" w:rsidP="0009065D">
            <w:pPr>
              <w:ind w:left="281" w:hanging="294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9397609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1E3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9428CA">
              <w:rPr>
                <w:rFonts w:ascii="TheSansOffice" w:hAnsi="TheSansOffice"/>
                <w:lang w:val="de-CH"/>
              </w:rPr>
              <w:t xml:space="preserve"> </w:t>
            </w:r>
            <w:r w:rsidR="00760F1B">
              <w:rPr>
                <w:rFonts w:ascii="TheSansOffice" w:hAnsi="TheSansOffice"/>
                <w:lang w:val="de-CH"/>
              </w:rPr>
              <w:t>Beispiele von Reflexionsaufträgen und deren Ergebnisse</w:t>
            </w:r>
          </w:p>
        </w:tc>
      </w:tr>
      <w:tr w:rsidR="009428CA" w:rsidRPr="00D818CB" w14:paraId="1F2B3869" w14:textId="77777777">
        <w:tc>
          <w:tcPr>
            <w:tcW w:w="4890" w:type="dxa"/>
          </w:tcPr>
          <w:p w14:paraId="74A12DFA" w14:textId="77777777" w:rsidR="009428CA" w:rsidRPr="007E6B91" w:rsidRDefault="00D818CB">
            <w:pPr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853575678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8C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9428CA">
              <w:rPr>
                <w:rFonts w:ascii="TheSansOffice" w:hAnsi="TheSansOffice"/>
                <w:lang w:val="de-CH"/>
              </w:rPr>
              <w:t xml:space="preserve"> Lernjournale, Foto-/Videoprotokolle</w:t>
            </w:r>
          </w:p>
        </w:tc>
        <w:tc>
          <w:tcPr>
            <w:tcW w:w="4536" w:type="dxa"/>
          </w:tcPr>
          <w:p w14:paraId="666DD903" w14:textId="1EF4663B" w:rsidR="009428CA" w:rsidRPr="007E6B91" w:rsidRDefault="00D818CB" w:rsidP="0009065D">
            <w:pPr>
              <w:ind w:left="267" w:hanging="280"/>
              <w:rPr>
                <w:rFonts w:ascii="TheSansOffice" w:hAnsi="TheSansOffice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-1053851931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1E3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760F1B">
              <w:rPr>
                <w:rFonts w:ascii="TheSansOffice" w:hAnsi="TheSansOffice"/>
                <w:lang w:val="de-CH"/>
              </w:rPr>
              <w:t xml:space="preserve"> Nachweise</w:t>
            </w:r>
            <w:r w:rsidR="007011E3">
              <w:rPr>
                <w:rFonts w:ascii="TheSansOffice" w:hAnsi="TheSansOffice"/>
                <w:lang w:val="de-CH"/>
              </w:rPr>
              <w:t xml:space="preserve"> und/oder Liste </w:t>
            </w:r>
            <w:r w:rsidR="00760F1B">
              <w:rPr>
                <w:rFonts w:ascii="TheSansOffice" w:hAnsi="TheSansOffice"/>
                <w:lang w:val="de-CH"/>
              </w:rPr>
              <w:t>von eingesetzten Lernplattformen</w:t>
            </w:r>
          </w:p>
        </w:tc>
      </w:tr>
      <w:tr w:rsidR="009428CA" w:rsidRPr="007E6B91" w14:paraId="4791E6D3" w14:textId="77777777">
        <w:tc>
          <w:tcPr>
            <w:tcW w:w="9426" w:type="dxa"/>
            <w:gridSpan w:val="2"/>
          </w:tcPr>
          <w:p w14:paraId="581FD255" w14:textId="77777777" w:rsidR="009428CA" w:rsidRPr="007E6B91" w:rsidRDefault="00D818CB">
            <w:pPr>
              <w:rPr>
                <w:rFonts w:ascii="TheSansOffice" w:hAnsi="TheSansOffice" w:cs="Segoe UI Symbol"/>
                <w:lang w:val="de-CH"/>
              </w:rPr>
            </w:pPr>
            <w:sdt>
              <w:sdtPr>
                <w:rPr>
                  <w:rFonts w:ascii="TheSansOffice" w:hAnsi="TheSansOffice"/>
                  <w:lang w:val="de-CH"/>
                </w:rPr>
                <w:id w:val="1339881800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8CA">
                  <w:rPr>
                    <w:rFonts w:ascii="MS Gothic" w:eastAsia="MS Gothic" w:hAnsi="MS Gothic" w:hint="eastAsia"/>
                    <w:lang w:val="de-CH"/>
                  </w:rPr>
                  <w:t>☐</w:t>
                </w:r>
              </w:sdtContent>
            </w:sdt>
            <w:r w:rsidR="009428CA" w:rsidRPr="007E6B91">
              <w:rPr>
                <w:rFonts w:ascii="TheSansOffice" w:hAnsi="TheSansOffice" w:cs="Segoe UI Symbol"/>
                <w:lang w:val="de-CH"/>
              </w:rPr>
              <w:t xml:space="preserve"> Anderes/Weiteres:</w:t>
            </w:r>
          </w:p>
          <w:p w14:paraId="3ACF8E46" w14:textId="60B52779" w:rsidR="009428CA" w:rsidRPr="00F70525" w:rsidRDefault="00F70525" w:rsidP="00F70525">
            <w:pPr>
              <w:rPr>
                <w:rFonts w:ascii="TheSansOffice" w:hAnsi="TheSansOffice" w:cs="Segoe UI Symbol"/>
                <w:lang w:val="de-CH"/>
              </w:rPr>
            </w:pP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Pr="008F1A60">
              <w:rPr>
                <w:rFonts w:ascii="TheSansOffice" w:hAnsi="TheSansOffice"/>
                <w:sz w:val="24"/>
                <w:szCs w:val="24"/>
              </w:rPr>
              <w:instrText xml:space="preserve"> FORMTEXT </w:instrTex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separate"/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noProof/>
                <w:sz w:val="24"/>
                <w:szCs w:val="24"/>
                <w:lang w:val="de-CH"/>
              </w:rPr>
              <w:t> </w:t>
            </w:r>
            <w:r>
              <w:rPr>
                <w:rFonts w:ascii="TheSansOffice" w:hAnsi="TheSansOffice"/>
                <w:sz w:val="24"/>
                <w:szCs w:val="24"/>
                <w:lang w:val="de-CH"/>
              </w:rPr>
              <w:fldChar w:fldCharType="end"/>
            </w:r>
          </w:p>
        </w:tc>
      </w:tr>
    </w:tbl>
    <w:p w14:paraId="233CF7BA" w14:textId="77777777" w:rsidR="00F87311" w:rsidRDefault="00F87311" w:rsidP="00F27EC6">
      <w:pPr>
        <w:rPr>
          <w:rFonts w:ascii="TheSansOffice" w:hAnsi="TheSansOffice"/>
          <w:lang w:val="de-CH"/>
        </w:rPr>
      </w:pPr>
    </w:p>
    <w:p w14:paraId="42D6DD6E" w14:textId="77777777" w:rsidR="005120C5" w:rsidRDefault="005120C5" w:rsidP="00F27EC6">
      <w:pPr>
        <w:rPr>
          <w:rFonts w:ascii="TheSansOffice" w:hAnsi="TheSansOffice"/>
          <w:lang w:val="de-CH"/>
        </w:rPr>
      </w:pPr>
    </w:p>
    <w:p w14:paraId="3574E628" w14:textId="382B6B63" w:rsidR="00F87311" w:rsidRDefault="00F87311" w:rsidP="00992A1D">
      <w:pPr>
        <w:spacing w:after="0" w:line="240" w:lineRule="auto"/>
        <w:rPr>
          <w:rFonts w:ascii="TheSansOffice" w:hAnsi="TheSansOffice"/>
          <w:highlight w:val="yellow"/>
          <w:lang w:val="de-CH"/>
        </w:rPr>
      </w:pPr>
      <w:r w:rsidRPr="005120C5">
        <w:rPr>
          <w:rFonts w:ascii="TheSansOffice" w:hAnsi="TheSansOffice"/>
          <w:b/>
          <w:bCs/>
          <w:lang w:val="de-CH"/>
        </w:rPr>
        <w:t>Ort / Datum</w:t>
      </w:r>
      <w:r w:rsidRPr="005120C5">
        <w:rPr>
          <w:rFonts w:ascii="TheSansOffice" w:hAnsi="TheSansOffice"/>
          <w:lang w:val="de-CH"/>
        </w:rPr>
        <w:tab/>
      </w:r>
      <w:r w:rsidRPr="005120C5">
        <w:rPr>
          <w:rFonts w:ascii="TheSansOffice" w:hAnsi="TheSansOffice"/>
          <w:lang w:val="de-CH"/>
        </w:rPr>
        <w:tab/>
      </w:r>
      <w:r w:rsidR="005120C5" w:rsidRPr="00EF6164">
        <w:rPr>
          <w:rFonts w:ascii="TheSansOffice" w:hAnsi="TheSansOffice" w:cs="Segoe UI Symbol"/>
          <w:lang w:val="de-CH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5120C5" w:rsidRPr="00EF6164">
        <w:rPr>
          <w:rFonts w:ascii="TheSansOffice" w:hAnsi="TheSansOffice" w:cs="Segoe UI Symbol"/>
          <w:lang w:val="de-CH"/>
        </w:rPr>
        <w:instrText xml:space="preserve"> FORMTEXT </w:instrText>
      </w:r>
      <w:r w:rsidR="005120C5" w:rsidRPr="00EF6164">
        <w:rPr>
          <w:rFonts w:ascii="TheSansOffice" w:hAnsi="TheSansOffice" w:cs="Segoe UI Symbol"/>
          <w:lang w:val="de-CH"/>
        </w:rPr>
      </w:r>
      <w:r w:rsidR="005120C5" w:rsidRPr="00EF6164">
        <w:rPr>
          <w:rFonts w:ascii="TheSansOffice" w:hAnsi="TheSansOffice" w:cs="Segoe UI Symbol"/>
          <w:lang w:val="de-CH"/>
        </w:rPr>
        <w:fldChar w:fldCharType="separate"/>
      </w:r>
      <w:r w:rsidR="00726EC0">
        <w:rPr>
          <w:rFonts w:ascii="TheSansOffice" w:hAnsi="TheSansOffice" w:cs="Segoe UI Symbol"/>
          <w:lang w:val="de-CH"/>
        </w:rPr>
        <w:t> </w:t>
      </w:r>
      <w:r w:rsidR="00726EC0">
        <w:rPr>
          <w:rFonts w:ascii="TheSansOffice" w:hAnsi="TheSansOffice" w:cs="Segoe UI Symbol"/>
          <w:lang w:val="de-CH"/>
        </w:rPr>
        <w:t> </w:t>
      </w:r>
      <w:r w:rsidR="00726EC0">
        <w:rPr>
          <w:rFonts w:ascii="TheSansOffice" w:hAnsi="TheSansOffice" w:cs="Segoe UI Symbol"/>
          <w:lang w:val="de-CH"/>
        </w:rPr>
        <w:t> </w:t>
      </w:r>
      <w:r w:rsidR="00726EC0">
        <w:rPr>
          <w:rFonts w:ascii="TheSansOffice" w:hAnsi="TheSansOffice" w:cs="Segoe UI Symbol"/>
          <w:lang w:val="de-CH"/>
        </w:rPr>
        <w:t> </w:t>
      </w:r>
      <w:r w:rsidR="00726EC0">
        <w:rPr>
          <w:rFonts w:ascii="TheSansOffice" w:hAnsi="TheSansOffice" w:cs="Segoe UI Symbol"/>
          <w:lang w:val="de-CH"/>
        </w:rPr>
        <w:t> </w:t>
      </w:r>
      <w:r w:rsidR="005120C5" w:rsidRPr="00EF6164">
        <w:rPr>
          <w:rFonts w:ascii="TheSansOffice" w:hAnsi="TheSansOffice" w:cs="Segoe UI Symbol"/>
          <w:lang w:val="de-CH"/>
        </w:rPr>
        <w:fldChar w:fldCharType="end"/>
      </w:r>
    </w:p>
    <w:p w14:paraId="51050AEE" w14:textId="4AA4728D" w:rsidR="00F87311" w:rsidRDefault="00D818CB" w:rsidP="00F27EC6">
      <w:pPr>
        <w:rPr>
          <w:rFonts w:ascii="TheSansOffice" w:hAnsi="TheSansOffice"/>
          <w:highlight w:val="yellow"/>
          <w:lang w:val="de-CH"/>
        </w:rPr>
      </w:pPr>
      <w:r>
        <w:rPr>
          <w:noProof/>
        </w:rPr>
        <w:pict w14:anchorId="7FB71B4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Signaturzeile, nicht signiert" style="position:absolute;margin-left:111.25pt;margin-top:3.2pt;width:115.35pt;height:57.8pt;z-index:-251658752;mso-position-horizontal-relative:text;mso-position-vertical-relative:text;mso-width-relative:page;mso-height-relative:page" wrapcoords="-140 0 -140 21039 21600 21039 21600 0 -140 0">
            <v:imagedata r:id="rId8" o:title=""/>
            <o:lock v:ext="edit" ungrouping="t" rotation="t" cropping="t" verticies="t" text="t" grouping="t"/>
            <o:signatureline v:ext="edit" id="{DA393CA1-DC34-4C1E-A18D-1B1B0A36264F}" provid="{00000000-0000-0000-0000-000000000000}" issignatureline="t"/>
            <w10:wrap type="through"/>
          </v:shape>
        </w:pict>
      </w:r>
    </w:p>
    <w:p w14:paraId="298157A6" w14:textId="7E7C36C0" w:rsidR="00CD1824" w:rsidRPr="005120C5" w:rsidRDefault="00F87311" w:rsidP="00F27EC6">
      <w:pPr>
        <w:rPr>
          <w:rFonts w:ascii="TheSansOffice" w:hAnsi="TheSansOffice"/>
          <w:b/>
          <w:bCs/>
          <w:lang w:val="de-CH"/>
        </w:rPr>
      </w:pPr>
      <w:r w:rsidRPr="005120C5">
        <w:rPr>
          <w:rFonts w:ascii="TheSansOffice" w:hAnsi="TheSansOffice"/>
          <w:b/>
          <w:bCs/>
          <w:lang w:val="de-CH"/>
        </w:rPr>
        <w:t>Unterschrift</w:t>
      </w:r>
    </w:p>
    <w:sectPr w:rsidR="00CD1824" w:rsidRPr="005120C5" w:rsidSect="005120C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993" w:right="9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15A33" w14:textId="77777777" w:rsidR="00246D34" w:rsidRDefault="00246D34" w:rsidP="00E86AFC">
      <w:pPr>
        <w:spacing w:after="0" w:line="240" w:lineRule="auto"/>
      </w:pPr>
      <w:r>
        <w:separator/>
      </w:r>
    </w:p>
  </w:endnote>
  <w:endnote w:type="continuationSeparator" w:id="0">
    <w:p w14:paraId="326838AC" w14:textId="77777777" w:rsidR="00246D34" w:rsidRDefault="00246D34" w:rsidP="00E86A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ansOffice">
    <w:altName w:val="Calibri"/>
    <w:charset w:val="00"/>
    <w:family w:val="swiss"/>
    <w:pitch w:val="variable"/>
    <w:sig w:usb0="80000027" w:usb1="0000004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e Serif Hand">
    <w:charset w:val="00"/>
    <w:family w:val="script"/>
    <w:pitch w:val="variable"/>
    <w:sig w:usb0="8000002F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A67CB" w14:textId="111D271F" w:rsidR="00E86AFC" w:rsidRPr="00E86AFC" w:rsidRDefault="006D13A5">
    <w:pPr>
      <w:pStyle w:val="Fuzeile"/>
      <w:rPr>
        <w:rFonts w:ascii="TheSansOffice" w:hAnsi="TheSansOffice"/>
        <w:sz w:val="16"/>
        <w:szCs w:val="16"/>
      </w:rPr>
    </w:pPr>
    <w:r>
      <w:rPr>
        <w:rFonts w:ascii="TheSansOffice" w:hAnsi="TheSansOffice"/>
        <w:sz w:val="16"/>
        <w:szCs w:val="16"/>
      </w:rPr>
      <w:t>Selbstdeklaration pro Angebot 2027</w:t>
    </w:r>
    <w:r w:rsidR="00205EC4">
      <w:rPr>
        <w:rFonts w:ascii="TheSansOffice" w:hAnsi="TheSansOffice"/>
        <w:sz w:val="16"/>
        <w:szCs w:val="16"/>
      </w:rPr>
      <w:tab/>
    </w:r>
    <w:r w:rsidR="00205EC4">
      <w:rPr>
        <w:rFonts w:ascii="TheSansOffice" w:hAnsi="TheSansOffice"/>
        <w:sz w:val="16"/>
        <w:szCs w:val="16"/>
      </w:rPr>
      <w:tab/>
    </w:r>
    <w:r w:rsidR="00E86AFC" w:rsidRPr="00E86AFC">
      <w:rPr>
        <w:rFonts w:ascii="TheSansOffice" w:hAnsi="TheSansOffice"/>
        <w:sz w:val="16"/>
        <w:szCs w:val="16"/>
      </w:rPr>
      <w:fldChar w:fldCharType="begin"/>
    </w:r>
    <w:r w:rsidR="00E86AFC" w:rsidRPr="00E86AFC">
      <w:rPr>
        <w:rFonts w:ascii="TheSansOffice" w:hAnsi="TheSansOffice"/>
        <w:sz w:val="16"/>
        <w:szCs w:val="16"/>
      </w:rPr>
      <w:instrText>PAGE   \* MERGEFORMAT</w:instrText>
    </w:r>
    <w:r w:rsidR="00E86AFC" w:rsidRPr="00E86AFC">
      <w:rPr>
        <w:rFonts w:ascii="TheSansOffice" w:hAnsi="TheSansOffice"/>
        <w:sz w:val="16"/>
        <w:szCs w:val="16"/>
      </w:rPr>
      <w:fldChar w:fldCharType="separate"/>
    </w:r>
    <w:r w:rsidR="00E86AFC" w:rsidRPr="00E86AFC">
      <w:rPr>
        <w:rFonts w:ascii="TheSansOffice" w:hAnsi="TheSansOffice"/>
        <w:sz w:val="16"/>
        <w:szCs w:val="16"/>
        <w:lang w:val="de-DE"/>
      </w:rPr>
      <w:t>1</w:t>
    </w:r>
    <w:r w:rsidR="00E86AFC" w:rsidRPr="00E86AFC">
      <w:rPr>
        <w:rFonts w:ascii="TheSansOffice" w:hAnsi="TheSansOffice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57BBE" w14:textId="13F46981" w:rsidR="006D13A5" w:rsidRPr="006D13A5" w:rsidRDefault="006D13A5" w:rsidP="006D13A5">
    <w:pPr>
      <w:pStyle w:val="Fuzeile"/>
      <w:rPr>
        <w:rFonts w:ascii="The Serif Hand" w:hAnsi="The Serif Hand"/>
        <w:sz w:val="16"/>
        <w:szCs w:val="16"/>
      </w:rPr>
    </w:pPr>
    <w:r>
      <w:rPr>
        <w:rFonts w:ascii="TheSansOffice" w:hAnsi="TheSansOffice"/>
        <w:sz w:val="16"/>
        <w:szCs w:val="16"/>
      </w:rPr>
      <w:t>Selbstdeklaration pro Angebot 2027</w:t>
    </w:r>
    <w:r>
      <w:rPr>
        <w:rFonts w:ascii="TheSansOffice" w:hAnsi="TheSansOffice"/>
        <w:sz w:val="16"/>
        <w:szCs w:val="16"/>
      </w:rPr>
      <w:tab/>
    </w:r>
    <w:r>
      <w:rPr>
        <w:rFonts w:ascii="TheSansOffice" w:hAnsi="TheSansOffice"/>
        <w:sz w:val="16"/>
        <w:szCs w:val="16"/>
      </w:rPr>
      <w:tab/>
    </w:r>
    <w:sdt>
      <w:sdtPr>
        <w:id w:val="-201334636"/>
        <w:docPartObj>
          <w:docPartGallery w:val="Page Numbers (Bottom of Page)"/>
          <w:docPartUnique/>
        </w:docPartObj>
      </w:sdtPr>
      <w:sdtEndPr>
        <w:rPr>
          <w:rFonts w:ascii="The Serif Hand" w:hAnsi="The Serif Hand"/>
          <w:sz w:val="16"/>
          <w:szCs w:val="16"/>
        </w:rPr>
      </w:sdtEndPr>
      <w:sdtContent>
        <w:r w:rsidRPr="006D13A5">
          <w:rPr>
            <w:rFonts w:ascii="The Serif Hand" w:hAnsi="The Serif Hand"/>
            <w:sz w:val="16"/>
            <w:szCs w:val="16"/>
          </w:rPr>
          <w:fldChar w:fldCharType="begin"/>
        </w:r>
        <w:r w:rsidRPr="006D13A5">
          <w:rPr>
            <w:rFonts w:ascii="The Serif Hand" w:hAnsi="The Serif Hand"/>
            <w:sz w:val="16"/>
            <w:szCs w:val="16"/>
          </w:rPr>
          <w:instrText>PAGE   \* MERGEFORMAT</w:instrText>
        </w:r>
        <w:r w:rsidRPr="006D13A5">
          <w:rPr>
            <w:rFonts w:ascii="The Serif Hand" w:hAnsi="The Serif Hand"/>
            <w:sz w:val="16"/>
            <w:szCs w:val="16"/>
          </w:rPr>
          <w:fldChar w:fldCharType="separate"/>
        </w:r>
        <w:r w:rsidRPr="006D13A5">
          <w:rPr>
            <w:rFonts w:ascii="The Serif Hand" w:hAnsi="The Serif Hand"/>
            <w:sz w:val="16"/>
            <w:szCs w:val="16"/>
            <w:lang w:val="de-DE"/>
          </w:rPr>
          <w:t>2</w:t>
        </w:r>
        <w:r w:rsidRPr="006D13A5">
          <w:rPr>
            <w:rFonts w:ascii="The Serif Hand" w:hAnsi="The Serif Hand"/>
            <w:sz w:val="16"/>
            <w:szCs w:val="16"/>
          </w:rPr>
          <w:fldChar w:fldCharType="end"/>
        </w:r>
      </w:sdtContent>
    </w:sdt>
  </w:p>
  <w:p w14:paraId="4182E416" w14:textId="11B23AC6" w:rsidR="006D13A5" w:rsidRDefault="006D13A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8A622" w14:textId="77777777" w:rsidR="00246D34" w:rsidRDefault="00246D34" w:rsidP="00E86AFC">
      <w:pPr>
        <w:spacing w:after="0" w:line="240" w:lineRule="auto"/>
      </w:pPr>
      <w:r>
        <w:separator/>
      </w:r>
    </w:p>
  </w:footnote>
  <w:footnote w:type="continuationSeparator" w:id="0">
    <w:p w14:paraId="37E3DB82" w14:textId="77777777" w:rsidR="00246D34" w:rsidRDefault="00246D34" w:rsidP="00E86A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D6B24" w14:textId="42C90884" w:rsidR="001B13ED" w:rsidRDefault="001B13ED" w:rsidP="001B13ED">
    <w:pPr>
      <w:pStyle w:val="Kopfzeile1Folgeseite"/>
      <w:rPr>
        <w:b/>
        <w:noProof/>
      </w:rPr>
    </w:pPr>
  </w:p>
  <w:p w14:paraId="59040D6F" w14:textId="77777777" w:rsidR="001B13ED" w:rsidRDefault="001B13ED" w:rsidP="001B13ED">
    <w:pPr>
      <w:pStyle w:val="Kopfzeile1Folgeseite"/>
      <w:rPr>
        <w:b/>
        <w:noProof/>
      </w:rPr>
    </w:pPr>
  </w:p>
  <w:p w14:paraId="0B842E80" w14:textId="77777777" w:rsidR="001B13ED" w:rsidRDefault="001B13ED" w:rsidP="001B13ED">
    <w:pPr>
      <w:pStyle w:val="Kopfzeile1Folgeseite"/>
      <w:rPr>
        <w:b/>
        <w:noProof/>
      </w:rPr>
    </w:pPr>
  </w:p>
  <w:p w14:paraId="68F88970" w14:textId="77777777" w:rsidR="001B13ED" w:rsidRPr="005A1729" w:rsidRDefault="001B13ED" w:rsidP="001B13ED">
    <w:pPr>
      <w:pStyle w:val="Kopfzeile1Folgeseite"/>
      <w:rPr>
        <w:b/>
        <w:noProof/>
        <w:szCs w:val="16"/>
      </w:rPr>
    </w:pPr>
    <w:r w:rsidRPr="005A1729">
      <w:rPr>
        <w:b/>
        <w:noProof/>
        <w:szCs w:val="16"/>
      </w:rPr>
      <w:t>Kanton Basel-Stadt</w:t>
    </w:r>
  </w:p>
  <w:p w14:paraId="74B32F43" w14:textId="77777777" w:rsidR="001B13ED" w:rsidRDefault="001B13E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EEADE" w14:textId="77777777" w:rsidR="003B222F" w:rsidRDefault="003B222F" w:rsidP="003B222F">
    <w:pPr>
      <w:pStyle w:val="Kopfzeile1Folgeseite"/>
      <w:rPr>
        <w:b/>
        <w:noProof/>
      </w:rPr>
    </w:pPr>
    <w:r w:rsidRPr="009D3FD7">
      <w:rPr>
        <w:b/>
        <w:noProof/>
      </w:rPr>
      <w:drawing>
        <wp:anchor distT="0" distB="0" distL="114300" distR="114300" simplePos="0" relativeHeight="251661312" behindDoc="1" locked="0" layoutInCell="1" allowOverlap="1" wp14:anchorId="38F46EA7" wp14:editId="1445C401">
          <wp:simplePos x="0" y="0"/>
          <wp:positionH relativeFrom="column">
            <wp:posOffset>-777240</wp:posOffset>
          </wp:positionH>
          <wp:positionV relativeFrom="paragraph">
            <wp:posOffset>-439098</wp:posOffset>
          </wp:positionV>
          <wp:extent cx="7558405" cy="1762125"/>
          <wp:effectExtent l="0" t="0" r="4445" b="9525"/>
          <wp:wrapNone/>
          <wp:docPr id="89713922" name="Bild 5" title="Baselst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Wd_A4_Portrait_bw_bs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8405" cy="1762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05413B" w14:textId="77777777" w:rsidR="003B222F" w:rsidRDefault="003B222F" w:rsidP="003B222F">
    <w:pPr>
      <w:pStyle w:val="Kopfzeile1Folgeseite"/>
      <w:rPr>
        <w:b/>
        <w:noProof/>
      </w:rPr>
    </w:pPr>
  </w:p>
  <w:p w14:paraId="19A45492" w14:textId="77777777" w:rsidR="003B222F" w:rsidRDefault="003B222F" w:rsidP="003B222F">
    <w:pPr>
      <w:pStyle w:val="Kopfzeile1Folgeseite"/>
      <w:rPr>
        <w:b/>
        <w:noProof/>
      </w:rPr>
    </w:pPr>
  </w:p>
  <w:p w14:paraId="504D1A3D" w14:textId="77777777" w:rsidR="003B222F" w:rsidRPr="003E5B8A" w:rsidRDefault="003B222F" w:rsidP="003B222F">
    <w:pPr>
      <w:pStyle w:val="Kopfzeile1Folgeseite"/>
      <w:rPr>
        <w:b/>
        <w:noProof/>
        <w:sz w:val="24"/>
      </w:rPr>
    </w:pPr>
    <w:r w:rsidRPr="003E5B8A">
      <w:rPr>
        <w:b/>
        <w:noProof/>
        <w:sz w:val="24"/>
      </w:rPr>
      <w:t>Kanton Basel-Stadt</w:t>
    </w:r>
  </w:p>
  <w:p w14:paraId="454FCE3A" w14:textId="77777777" w:rsidR="001B13ED" w:rsidRDefault="001B13E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06932475">
    <w:abstractNumId w:val="8"/>
  </w:num>
  <w:num w:numId="2" w16cid:durableId="872692462">
    <w:abstractNumId w:val="6"/>
  </w:num>
  <w:num w:numId="3" w16cid:durableId="250087602">
    <w:abstractNumId w:val="5"/>
  </w:num>
  <w:num w:numId="4" w16cid:durableId="1802338026">
    <w:abstractNumId w:val="4"/>
  </w:num>
  <w:num w:numId="5" w16cid:durableId="1895308328">
    <w:abstractNumId w:val="7"/>
  </w:num>
  <w:num w:numId="6" w16cid:durableId="92090344">
    <w:abstractNumId w:val="3"/>
  </w:num>
  <w:num w:numId="7" w16cid:durableId="124979599">
    <w:abstractNumId w:val="2"/>
  </w:num>
  <w:num w:numId="8" w16cid:durableId="594018831">
    <w:abstractNumId w:val="1"/>
  </w:num>
  <w:num w:numId="9" w16cid:durableId="1271817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ocumentProtection w:edit="forms" w:enforcement="1" w:cryptProviderType="rsaAES" w:cryptAlgorithmClass="hash" w:cryptAlgorithmType="typeAny" w:cryptAlgorithmSid="14" w:cryptSpinCount="100000" w:hash="rJfewXhkV/InScNQ9BDOcbKxZgLQYtjhXXMSpJZDtO2UTUim635HoOpA/9356kffLTTbczL4pGmLrvFFVr5cxg==" w:salt="7yu1lG0EaqJ2h2ciT86O9A=="/>
  <w:defaultTabStop w:val="720"/>
  <w:autoHyphenation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44D9"/>
    <w:rsid w:val="00021E1E"/>
    <w:rsid w:val="00034616"/>
    <w:rsid w:val="0006063C"/>
    <w:rsid w:val="0009065D"/>
    <w:rsid w:val="000C2B16"/>
    <w:rsid w:val="000E3B33"/>
    <w:rsid w:val="0010105C"/>
    <w:rsid w:val="001163D0"/>
    <w:rsid w:val="00122405"/>
    <w:rsid w:val="001354CE"/>
    <w:rsid w:val="0015074B"/>
    <w:rsid w:val="001660B0"/>
    <w:rsid w:val="0019166A"/>
    <w:rsid w:val="001B13ED"/>
    <w:rsid w:val="001D1857"/>
    <w:rsid w:val="00205EC4"/>
    <w:rsid w:val="002111A3"/>
    <w:rsid w:val="00230B8C"/>
    <w:rsid w:val="002340BA"/>
    <w:rsid w:val="0024068A"/>
    <w:rsid w:val="00246D34"/>
    <w:rsid w:val="00263D1F"/>
    <w:rsid w:val="00272F86"/>
    <w:rsid w:val="00275AAC"/>
    <w:rsid w:val="0029639D"/>
    <w:rsid w:val="002A7DB8"/>
    <w:rsid w:val="002B17F0"/>
    <w:rsid w:val="002B62B8"/>
    <w:rsid w:val="002E2C66"/>
    <w:rsid w:val="002E4CDB"/>
    <w:rsid w:val="00311C3E"/>
    <w:rsid w:val="00317C43"/>
    <w:rsid w:val="00320083"/>
    <w:rsid w:val="00326F90"/>
    <w:rsid w:val="003446B3"/>
    <w:rsid w:val="00352B95"/>
    <w:rsid w:val="0039243F"/>
    <w:rsid w:val="0039370E"/>
    <w:rsid w:val="003B222F"/>
    <w:rsid w:val="003E12B7"/>
    <w:rsid w:val="003E7105"/>
    <w:rsid w:val="00456790"/>
    <w:rsid w:val="00462478"/>
    <w:rsid w:val="00465C02"/>
    <w:rsid w:val="00467528"/>
    <w:rsid w:val="00470A19"/>
    <w:rsid w:val="004A49C3"/>
    <w:rsid w:val="004B5391"/>
    <w:rsid w:val="004F5037"/>
    <w:rsid w:val="005120C5"/>
    <w:rsid w:val="005312F0"/>
    <w:rsid w:val="00531CF8"/>
    <w:rsid w:val="00562AD0"/>
    <w:rsid w:val="00575008"/>
    <w:rsid w:val="00586239"/>
    <w:rsid w:val="00591253"/>
    <w:rsid w:val="005A1729"/>
    <w:rsid w:val="005D09F5"/>
    <w:rsid w:val="006076CC"/>
    <w:rsid w:val="00615A1E"/>
    <w:rsid w:val="00616704"/>
    <w:rsid w:val="00621FA3"/>
    <w:rsid w:val="00626795"/>
    <w:rsid w:val="006355FA"/>
    <w:rsid w:val="00681963"/>
    <w:rsid w:val="006A1A01"/>
    <w:rsid w:val="006A4D2F"/>
    <w:rsid w:val="006A7AA0"/>
    <w:rsid w:val="006D13A5"/>
    <w:rsid w:val="007011E3"/>
    <w:rsid w:val="0071225A"/>
    <w:rsid w:val="00714813"/>
    <w:rsid w:val="00716B0B"/>
    <w:rsid w:val="007215EB"/>
    <w:rsid w:val="00721D0B"/>
    <w:rsid w:val="007261BB"/>
    <w:rsid w:val="00726EC0"/>
    <w:rsid w:val="00740075"/>
    <w:rsid w:val="00756BAB"/>
    <w:rsid w:val="007572B4"/>
    <w:rsid w:val="00760F1B"/>
    <w:rsid w:val="00770F49"/>
    <w:rsid w:val="00775C7A"/>
    <w:rsid w:val="007866E1"/>
    <w:rsid w:val="007925D6"/>
    <w:rsid w:val="007D034E"/>
    <w:rsid w:val="007E6B91"/>
    <w:rsid w:val="007F7C4A"/>
    <w:rsid w:val="00805096"/>
    <w:rsid w:val="0081039C"/>
    <w:rsid w:val="00810A05"/>
    <w:rsid w:val="00831842"/>
    <w:rsid w:val="0084313F"/>
    <w:rsid w:val="00872E78"/>
    <w:rsid w:val="00882DA5"/>
    <w:rsid w:val="0091038B"/>
    <w:rsid w:val="00921BED"/>
    <w:rsid w:val="009428CA"/>
    <w:rsid w:val="00982424"/>
    <w:rsid w:val="00992A1D"/>
    <w:rsid w:val="00A011A0"/>
    <w:rsid w:val="00A16F2F"/>
    <w:rsid w:val="00A42E0C"/>
    <w:rsid w:val="00A43117"/>
    <w:rsid w:val="00A470BF"/>
    <w:rsid w:val="00A6484E"/>
    <w:rsid w:val="00AA1D8D"/>
    <w:rsid w:val="00AB6AFE"/>
    <w:rsid w:val="00AB6FC4"/>
    <w:rsid w:val="00B01041"/>
    <w:rsid w:val="00B233AA"/>
    <w:rsid w:val="00B26809"/>
    <w:rsid w:val="00B278B2"/>
    <w:rsid w:val="00B345A9"/>
    <w:rsid w:val="00B47730"/>
    <w:rsid w:val="00B546F4"/>
    <w:rsid w:val="00BA36DB"/>
    <w:rsid w:val="00BC03C3"/>
    <w:rsid w:val="00C0512E"/>
    <w:rsid w:val="00C1202D"/>
    <w:rsid w:val="00C327A0"/>
    <w:rsid w:val="00C336A4"/>
    <w:rsid w:val="00C56D35"/>
    <w:rsid w:val="00C60EDB"/>
    <w:rsid w:val="00C8223E"/>
    <w:rsid w:val="00CA2034"/>
    <w:rsid w:val="00CB0664"/>
    <w:rsid w:val="00CB4A7E"/>
    <w:rsid w:val="00CD1824"/>
    <w:rsid w:val="00CD69AD"/>
    <w:rsid w:val="00CF33C2"/>
    <w:rsid w:val="00CF6B4D"/>
    <w:rsid w:val="00D126B3"/>
    <w:rsid w:val="00D24BCD"/>
    <w:rsid w:val="00D3730A"/>
    <w:rsid w:val="00D7387C"/>
    <w:rsid w:val="00D7619E"/>
    <w:rsid w:val="00D818CB"/>
    <w:rsid w:val="00DC1DCB"/>
    <w:rsid w:val="00DD338A"/>
    <w:rsid w:val="00DE24FC"/>
    <w:rsid w:val="00DF3EE2"/>
    <w:rsid w:val="00DF5CAA"/>
    <w:rsid w:val="00E067F6"/>
    <w:rsid w:val="00E2765C"/>
    <w:rsid w:val="00E71C4B"/>
    <w:rsid w:val="00E75772"/>
    <w:rsid w:val="00E7756D"/>
    <w:rsid w:val="00E86AFC"/>
    <w:rsid w:val="00EB63A9"/>
    <w:rsid w:val="00EC231B"/>
    <w:rsid w:val="00EF6164"/>
    <w:rsid w:val="00F27EC6"/>
    <w:rsid w:val="00F3672A"/>
    <w:rsid w:val="00F46953"/>
    <w:rsid w:val="00F70525"/>
    <w:rsid w:val="00F745CF"/>
    <w:rsid w:val="00F804EA"/>
    <w:rsid w:val="00F829EB"/>
    <w:rsid w:val="00F83EA4"/>
    <w:rsid w:val="00F87311"/>
    <w:rsid w:val="00FC22E7"/>
    <w:rsid w:val="00FC383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;"/>
  <w14:docId w14:val="01D4D5EA"/>
  <w14:defaultImageDpi w14:val="330"/>
  <w15:docId w15:val="{77CA8BE7-DBB2-4BFD-8D10-E7B5BF9EA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A431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4311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4311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431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43117"/>
    <w:rPr>
      <w:b/>
      <w:bCs/>
      <w:sz w:val="20"/>
      <w:szCs w:val="20"/>
    </w:rPr>
  </w:style>
  <w:style w:type="paragraph" w:customStyle="1" w:styleId="Kopfzeile1Folgeseite">
    <w:name w:val="Kopfzeile1Folgeseite"/>
    <w:basedOn w:val="Standard"/>
    <w:next w:val="Standard"/>
    <w:rsid w:val="001B13ED"/>
    <w:pPr>
      <w:adjustRightInd w:val="0"/>
      <w:snapToGrid w:val="0"/>
      <w:spacing w:after="0" w:line="240" w:lineRule="auto"/>
    </w:pPr>
    <w:rPr>
      <w:rFonts w:ascii="Arial" w:eastAsia="Times New Roman" w:hAnsi="Arial" w:cs="Times New Roman"/>
      <w:sz w:val="16"/>
      <w:szCs w:val="24"/>
      <w:lang w:val="de-CH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938</Words>
  <Characters>5912</Characters>
  <Application>Microsoft Office Word</Application>
  <DocSecurity>0</DocSecurity>
  <Lines>49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Della Rocca, Antonella</cp:lastModifiedBy>
  <cp:revision>19</cp:revision>
  <cp:lastPrinted>2026-06-08T07:37:00Z</cp:lastPrinted>
  <dcterms:created xsi:type="dcterms:W3CDTF">2026-06-30T08:27:00Z</dcterms:created>
  <dcterms:modified xsi:type="dcterms:W3CDTF">2026-07-21T10:39:00Z</dcterms:modified>
  <cp:category/>
</cp:coreProperties>
</file>