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941F" w14:textId="77777777" w:rsidR="006032A6" w:rsidRDefault="006032A6" w:rsidP="00E2765C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</w:p>
    <w:p w14:paraId="45BA75A8" w14:textId="334E7B0A" w:rsidR="00DB5256" w:rsidRPr="00C871A4" w:rsidRDefault="006032A6" w:rsidP="00DB5256">
      <w:pPr>
        <w:pStyle w:val="berschrift2"/>
        <w:rPr>
          <w:rFonts w:ascii="TheSansOffice" w:hAnsi="TheSansOffice"/>
          <w:color w:val="auto"/>
          <w:sz w:val="28"/>
          <w:szCs w:val="32"/>
          <w:lang w:val="de-CH"/>
        </w:rPr>
      </w:pPr>
      <w:r w:rsidRPr="00744EBC">
        <w:rPr>
          <w:color w:val="FF0000"/>
          <w:sz w:val="32"/>
          <w:szCs w:val="32"/>
          <w:lang w:val="de-CH"/>
        </w:rPr>
        <w:t xml:space="preserve">Selbstdeklaration </w:t>
      </w:r>
      <w:r w:rsidR="00006F27" w:rsidRPr="00744EBC">
        <w:rPr>
          <w:color w:val="FF0000"/>
          <w:sz w:val="32"/>
          <w:szCs w:val="32"/>
          <w:lang w:val="de-CH"/>
        </w:rPr>
        <w:t>pro Anbieter</w:t>
      </w:r>
      <w:r w:rsidR="00006F27" w:rsidRPr="00744EBC">
        <w:rPr>
          <w:color w:val="FF0000"/>
          <w:sz w:val="32"/>
          <w:szCs w:val="32"/>
          <w:lang w:val="de-CH"/>
        </w:rPr>
        <w:br/>
      </w:r>
      <w:r w:rsidR="00DB5256" w:rsidRPr="00C871A4">
        <w:rPr>
          <w:rFonts w:ascii="TheSansOffice" w:hAnsi="TheSansOffice"/>
          <w:color w:val="auto"/>
          <w:szCs w:val="28"/>
          <w:lang w:val="de-CH"/>
        </w:rPr>
        <w:t>Qualitätskonzept Sprachförderung Basel-Stadt</w:t>
      </w:r>
      <w:r w:rsidR="00006F27" w:rsidRPr="005970C5">
        <w:rPr>
          <w:rFonts w:ascii="TheSansOffice" w:hAnsi="TheSansOffice"/>
          <w:color w:val="auto"/>
          <w:lang w:val="de-CH"/>
        </w:rPr>
        <w:t xml:space="preserve">: </w:t>
      </w:r>
      <w:r w:rsidR="00006F27" w:rsidRPr="005970C5">
        <w:rPr>
          <w:color w:val="auto"/>
          <w:lang w:val="de-CH"/>
        </w:rPr>
        <w:t>Umsetzung der Qualitätskriterien</w:t>
      </w:r>
      <w:r w:rsidR="00006F27" w:rsidRPr="00C871A4">
        <w:rPr>
          <w:color w:val="auto"/>
          <w:sz w:val="24"/>
          <w:szCs w:val="24"/>
          <w:lang w:val="de-CH"/>
        </w:rPr>
        <w:t xml:space="preserve"> </w:t>
      </w:r>
    </w:p>
    <w:p w14:paraId="34F85B79" w14:textId="1D4087DF" w:rsidR="00DB5256" w:rsidRDefault="00DB5256" w:rsidP="006032A6">
      <w:pPr>
        <w:rPr>
          <w:sz w:val="28"/>
          <w:szCs w:val="28"/>
          <w:lang w:val="de-CH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315"/>
        <w:gridCol w:w="5178"/>
      </w:tblGrid>
      <w:tr w:rsidR="008B07A5" w14:paraId="2A83A9E1" w14:textId="77777777" w:rsidTr="001B6F9B">
        <w:trPr>
          <w:trHeight w:val="567"/>
        </w:trPr>
        <w:tc>
          <w:tcPr>
            <w:tcW w:w="4315" w:type="dxa"/>
            <w:vAlign w:val="center"/>
          </w:tcPr>
          <w:p w14:paraId="4B0E2B3C" w14:textId="77777777" w:rsidR="002D4907" w:rsidRPr="0091038B" w:rsidRDefault="002D4907" w:rsidP="001B6F9B">
            <w:pPr>
              <w:rPr>
                <w:rFonts w:ascii="TheSansOffice" w:hAnsi="TheSansOffice"/>
                <w:b/>
                <w:bCs/>
                <w:lang w:val="de-CH"/>
              </w:rPr>
            </w:pPr>
            <w:r w:rsidRPr="0091038B">
              <w:rPr>
                <w:rFonts w:ascii="TheSansOffice" w:hAnsi="TheSansOffice"/>
                <w:b/>
                <w:bCs/>
                <w:lang w:val="de-CH"/>
              </w:rPr>
              <w:t>Institution/Sprachschule</w:t>
            </w:r>
          </w:p>
        </w:tc>
        <w:tc>
          <w:tcPr>
            <w:tcW w:w="5178" w:type="dxa"/>
            <w:vAlign w:val="center"/>
          </w:tcPr>
          <w:p w14:paraId="799D81A6" w14:textId="348E892E" w:rsidR="002D4907" w:rsidRDefault="002E0F3E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3311395C" w14:textId="77777777" w:rsidR="002D4907" w:rsidRPr="00C3328E" w:rsidRDefault="002D4907" w:rsidP="002D4907">
      <w:pPr>
        <w:spacing w:after="0"/>
        <w:rPr>
          <w:rFonts w:ascii="TheSansOffice" w:hAnsi="TheSansOffice"/>
          <w:sz w:val="14"/>
          <w:szCs w:val="14"/>
          <w:lang w:val="de-CH"/>
        </w:rPr>
      </w:pPr>
    </w:p>
    <w:p w14:paraId="1CC17639" w14:textId="70796017" w:rsidR="002D4907" w:rsidRPr="00EF6164" w:rsidRDefault="00DA0337" w:rsidP="002D4907">
      <w:pPr>
        <w:spacing w:after="0" w:line="240" w:lineRule="auto"/>
        <w:rPr>
          <w:sz w:val="24"/>
          <w:lang w:val="de-CH"/>
        </w:rPr>
      </w:pPr>
      <w:sdt>
        <w:sdtPr>
          <w:rPr>
            <w:rFonts w:ascii="TheSansOffice" w:hAnsi="TheSansOffice"/>
            <w:sz w:val="28"/>
            <w:szCs w:val="28"/>
            <w:lang w:val="de-CH"/>
          </w:rPr>
          <w:id w:val="-8682260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DDA">
            <w:rPr>
              <w:rFonts w:ascii="MS Gothic" w:eastAsia="MS Gothic" w:hAnsi="MS Gothic" w:hint="eastAsia"/>
              <w:sz w:val="28"/>
              <w:szCs w:val="28"/>
              <w:lang w:val="de-CH"/>
            </w:rPr>
            <w:t>☐</w:t>
          </w:r>
        </w:sdtContent>
      </w:sdt>
      <w:r w:rsidR="002D4907" w:rsidRPr="005312F0">
        <w:rPr>
          <w:rFonts w:ascii="TheSansOffice" w:hAnsi="TheSansOffice"/>
          <w:lang w:val="de-CH"/>
        </w:rPr>
        <w:t xml:space="preserve"> </w:t>
      </w:r>
      <w:r w:rsidR="002D4907" w:rsidRPr="0091038B">
        <w:rPr>
          <w:rFonts w:ascii="TheSansOffice" w:hAnsi="TheSansOffice"/>
          <w:b/>
          <w:bCs/>
          <w:lang w:val="de-CH"/>
        </w:rPr>
        <w:t>Bereich Gratis-Deutschkurse GDK</w:t>
      </w:r>
      <w:r w:rsidR="002D4907">
        <w:rPr>
          <w:rFonts w:ascii="TheSansOffice" w:hAnsi="TheSansOffice"/>
          <w:lang w:val="de-CH"/>
        </w:rPr>
        <w:br/>
      </w:r>
      <w:sdt>
        <w:sdtPr>
          <w:rPr>
            <w:rFonts w:ascii="TheSansOffice" w:hAnsi="TheSansOffice"/>
            <w:sz w:val="28"/>
            <w:szCs w:val="28"/>
            <w:lang w:val="de-CH"/>
          </w:rPr>
          <w:id w:val="-17435577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DDA">
            <w:rPr>
              <w:rFonts w:ascii="MS Gothic" w:eastAsia="MS Gothic" w:hAnsi="MS Gothic" w:hint="eastAsia"/>
              <w:sz w:val="28"/>
              <w:szCs w:val="28"/>
              <w:lang w:val="de-CH"/>
            </w:rPr>
            <w:t>☐</w:t>
          </w:r>
        </w:sdtContent>
      </w:sdt>
      <w:r w:rsidR="002D4907">
        <w:rPr>
          <w:rFonts w:ascii="TheSansOffice" w:hAnsi="TheSansOffice"/>
          <w:lang w:val="de-CH"/>
        </w:rPr>
        <w:t xml:space="preserve"> </w:t>
      </w:r>
      <w:r w:rsidR="002D4907" w:rsidRPr="0091038B">
        <w:rPr>
          <w:rFonts w:ascii="TheSansOffice" w:hAnsi="TheSansOffice"/>
          <w:b/>
          <w:bCs/>
          <w:lang w:val="de-CH"/>
        </w:rPr>
        <w:t>Bereich Deutsch- und Integrationskurse DIK</w:t>
      </w:r>
      <w:r w:rsidR="002D4907">
        <w:rPr>
          <w:rFonts w:ascii="TheSansOffice" w:hAnsi="TheSansOffice"/>
          <w:lang w:val="de-CH"/>
        </w:rPr>
        <w:tab/>
      </w:r>
    </w:p>
    <w:p w14:paraId="4288B2B7" w14:textId="77777777" w:rsidR="006032A6" w:rsidRPr="006032A6" w:rsidRDefault="006032A6" w:rsidP="006032A6">
      <w:pPr>
        <w:rPr>
          <w:lang w:val="de-CH"/>
        </w:rPr>
      </w:pPr>
    </w:p>
    <w:p w14:paraId="0E36E149" w14:textId="4AEFA483" w:rsidR="0081039C" w:rsidRPr="007E6B91" w:rsidRDefault="0081039C" w:rsidP="0081039C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f)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Einstufung und Erhebung des Lernstands</w:t>
      </w:r>
    </w:p>
    <w:p w14:paraId="6A6D6796" w14:textId="0005F672" w:rsidR="0081039C" w:rsidRPr="007E6B91" w:rsidRDefault="0081039C" w:rsidP="0081039C">
      <w:pPr>
        <w:rPr>
          <w:rFonts w:ascii="TheSansOffice" w:hAnsi="TheSansOffice"/>
          <w:lang w:val="de-CH"/>
        </w:rPr>
      </w:pPr>
      <w:r w:rsidRPr="0081039C">
        <w:rPr>
          <w:rFonts w:ascii="TheSansOffice" w:hAnsi="TheSansOffice"/>
          <w:lang w:val="de-CH"/>
        </w:rPr>
        <w:t xml:space="preserve">Eine fachgerechte Einstufung vor oder bei Kursbeginn sowie eine regelmässige Überprüfung </w:t>
      </w:r>
      <w:r w:rsidR="00922790">
        <w:rPr>
          <w:rFonts w:ascii="TheSansOffice" w:hAnsi="TheSansOffice"/>
          <w:lang w:val="de-CH"/>
        </w:rPr>
        <w:br/>
      </w:r>
      <w:r w:rsidRPr="0081039C">
        <w:rPr>
          <w:rFonts w:ascii="TheSansOffice" w:hAnsi="TheSansOffice"/>
          <w:lang w:val="de-CH"/>
        </w:rPr>
        <w:t xml:space="preserve">des Lernstands bilden die Grundlage für passende Sprachförderung und unterstützen tragfähige </w:t>
      </w:r>
      <w:r w:rsidR="00922790">
        <w:rPr>
          <w:rFonts w:ascii="TheSansOffice" w:hAnsi="TheSansOffice"/>
          <w:lang w:val="de-CH"/>
        </w:rPr>
        <w:br/>
      </w:r>
      <w:r w:rsidRPr="0081039C">
        <w:rPr>
          <w:rFonts w:ascii="TheSansOffice" w:hAnsi="TheSansOffice"/>
          <w:lang w:val="de-CH"/>
        </w:rPr>
        <w:t>Anschlusslösungen.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81039C" w:rsidRPr="007E6B91" w14:paraId="4AC57D24" w14:textId="77777777" w:rsidTr="00922790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022BDCEF" w14:textId="77777777" w:rsidR="0081039C" w:rsidRPr="007E6B91" w:rsidRDefault="0081039C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7C75E77" w14:textId="77777777" w:rsidR="0081039C" w:rsidRPr="007E6B91" w:rsidRDefault="0081039C" w:rsidP="0092279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667FEA6D" w14:textId="77777777" w:rsidR="0081039C" w:rsidRPr="007E6B91" w:rsidRDefault="0081039C" w:rsidP="0092279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5451375B" w14:textId="77777777" w:rsidR="0081039C" w:rsidRPr="007E6B91" w:rsidRDefault="0081039C" w:rsidP="0092279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81039C" w:rsidRPr="007E6B91" w14:paraId="4A88E820" w14:textId="77777777" w:rsidTr="00922790">
        <w:trPr>
          <w:trHeight w:val="227"/>
        </w:trPr>
        <w:tc>
          <w:tcPr>
            <w:tcW w:w="6123" w:type="dxa"/>
          </w:tcPr>
          <w:p w14:paraId="155EBB2D" w14:textId="509E0A7B" w:rsidR="0081039C" w:rsidRPr="007E6B91" w:rsidRDefault="00122405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Führen Sie vor oder bei Kursbeginn eine systematische Einstufung durch?</w:t>
            </w:r>
          </w:p>
        </w:tc>
        <w:tc>
          <w:tcPr>
            <w:tcW w:w="1117" w:type="dxa"/>
            <w:vAlign w:val="center"/>
          </w:tcPr>
          <w:p w14:paraId="6E3F72CE" w14:textId="0B46597A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899810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324314A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560664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E839F73" w14:textId="45FA4C08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626377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</w:tr>
      <w:tr w:rsidR="0081039C" w:rsidRPr="007E6B91" w14:paraId="0C45F0ED" w14:textId="77777777" w:rsidTr="00922790">
        <w:trPr>
          <w:trHeight w:val="227"/>
        </w:trPr>
        <w:tc>
          <w:tcPr>
            <w:tcW w:w="6123" w:type="dxa"/>
          </w:tcPr>
          <w:p w14:paraId="2A41402A" w14:textId="49F6CAE9" w:rsidR="0081039C" w:rsidRPr="007E6B91" w:rsidRDefault="00122405" w:rsidP="0081039C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Orientiert sich die Einstufung an GeR-basierten Kriterien?</w:t>
            </w:r>
          </w:p>
        </w:tc>
        <w:tc>
          <w:tcPr>
            <w:tcW w:w="1117" w:type="dxa"/>
            <w:vAlign w:val="center"/>
          </w:tcPr>
          <w:p w14:paraId="2447609A" w14:textId="12D9B182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516758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151C983" w14:textId="0AA72600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46122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9AC9111" w14:textId="496D951F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014271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81039C" w:rsidRPr="007E6B91" w14:paraId="42B35488" w14:textId="77777777" w:rsidTr="00922790">
        <w:trPr>
          <w:trHeight w:val="227"/>
        </w:trPr>
        <w:tc>
          <w:tcPr>
            <w:tcW w:w="6123" w:type="dxa"/>
          </w:tcPr>
          <w:p w14:paraId="4FB948EE" w14:textId="6DE4C3AA" w:rsidR="0081039C" w:rsidRPr="007E6B91" w:rsidRDefault="00122405" w:rsidP="0081039C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Überprüfen Sie den Lernstand der Teilnehmenden regelmässig während des Kurses?</w:t>
            </w:r>
          </w:p>
        </w:tc>
        <w:tc>
          <w:tcPr>
            <w:tcW w:w="1117" w:type="dxa"/>
            <w:vAlign w:val="center"/>
          </w:tcPr>
          <w:p w14:paraId="122FA7A8" w14:textId="54252D72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024893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93F9FAA" w14:textId="6CA5DCFB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878660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8DD091D" w14:textId="75B12794" w:rsidR="0081039C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813125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81039C" w:rsidRPr="007E6B91" w14:paraId="502E1BDD" w14:textId="77777777" w:rsidTr="00922790">
        <w:trPr>
          <w:trHeight w:val="227"/>
        </w:trPr>
        <w:tc>
          <w:tcPr>
            <w:tcW w:w="6123" w:type="dxa"/>
          </w:tcPr>
          <w:p w14:paraId="013DFC74" w14:textId="50525F97" w:rsidR="0081039C" w:rsidRPr="007E6B91" w:rsidRDefault="00122405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Beziehen Sie Selbsteinschätzung oder Reflexion der Teilnehmenden in die Lernstandserhebung ein?</w:t>
            </w:r>
          </w:p>
        </w:tc>
        <w:tc>
          <w:tcPr>
            <w:tcW w:w="1117" w:type="dxa"/>
            <w:vAlign w:val="center"/>
          </w:tcPr>
          <w:p w14:paraId="420AA60A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119409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D909471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22503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E9B8AF2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325440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81039C" w:rsidRPr="007E6B91" w14:paraId="6DD86670" w14:textId="77777777" w:rsidTr="00922790">
        <w:trPr>
          <w:trHeight w:val="227"/>
        </w:trPr>
        <w:tc>
          <w:tcPr>
            <w:tcW w:w="6123" w:type="dxa"/>
          </w:tcPr>
          <w:p w14:paraId="13EFBEBC" w14:textId="422012E3" w:rsidR="0081039C" w:rsidRPr="007E6B91" w:rsidRDefault="00122405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Geben Sie den Teilnehmenden strukturierte Rückmeldungen zu ihrem Lernfortschritt?</w:t>
            </w:r>
          </w:p>
        </w:tc>
        <w:tc>
          <w:tcPr>
            <w:tcW w:w="1117" w:type="dxa"/>
            <w:vAlign w:val="center"/>
          </w:tcPr>
          <w:p w14:paraId="6F74F6C7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2879586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52C313E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917344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B6A0897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124257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81039C" w:rsidRPr="007E6B91" w14:paraId="6224DCDB" w14:textId="77777777" w:rsidTr="00922790">
        <w:trPr>
          <w:trHeight w:val="227"/>
        </w:trPr>
        <w:tc>
          <w:tcPr>
            <w:tcW w:w="6123" w:type="dxa"/>
          </w:tcPr>
          <w:p w14:paraId="21DED1DF" w14:textId="15EBA050" w:rsidR="0081039C" w:rsidRPr="007E6B91" w:rsidRDefault="00122405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Unterstützen Sie die Teilnehmenden bei Anschlusslösungen oder weiteren Lernschritten?</w:t>
            </w:r>
          </w:p>
        </w:tc>
        <w:tc>
          <w:tcPr>
            <w:tcW w:w="1117" w:type="dxa"/>
            <w:vAlign w:val="center"/>
          </w:tcPr>
          <w:p w14:paraId="7C262329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704420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E1FE337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648519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85C909F" w14:textId="77777777" w:rsidR="0081039C" w:rsidRPr="007E6B91" w:rsidRDefault="00DA0337" w:rsidP="0092279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802349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11BDF341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24CC44A1" w14:textId="77777777" w:rsidR="002E0F3E" w:rsidRPr="00F92718" w:rsidRDefault="002E0F3E" w:rsidP="0081039C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2DCD9A92" w14:textId="2A193B0B" w:rsidR="0081039C" w:rsidRDefault="0081039C" w:rsidP="0081039C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BE3394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43AF9700" w14:textId="77777777" w:rsidR="0081039C" w:rsidRPr="007E6B91" w:rsidRDefault="0081039C" w:rsidP="0081039C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81039C" w:rsidRPr="007E6B91" w14:paraId="2E12E8CA" w14:textId="77777777" w:rsidTr="006468F1">
        <w:tc>
          <w:tcPr>
            <w:tcW w:w="4890" w:type="dxa"/>
          </w:tcPr>
          <w:p w14:paraId="4240AB2C" w14:textId="1AC42C97" w:rsidR="0081039C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618237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1039C">
              <w:rPr>
                <w:rFonts w:ascii="TheSansOffice" w:hAnsi="TheSansOffice"/>
                <w:lang w:val="de-CH"/>
              </w:rPr>
              <w:t xml:space="preserve"> </w:t>
            </w:r>
            <w:r w:rsidR="00B278B2">
              <w:rPr>
                <w:rFonts w:ascii="TheSansOffice" w:hAnsi="TheSansOffice"/>
                <w:lang w:val="de-CH"/>
              </w:rPr>
              <w:t>Einstufungsinstrumente</w:t>
            </w:r>
          </w:p>
        </w:tc>
        <w:tc>
          <w:tcPr>
            <w:tcW w:w="4536" w:type="dxa"/>
          </w:tcPr>
          <w:p w14:paraId="45F39E76" w14:textId="7FDEA7AD" w:rsidR="0081039C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6749605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1039C">
              <w:rPr>
                <w:rFonts w:ascii="TheSansOffice" w:hAnsi="TheSansOffice"/>
                <w:lang w:val="de-CH"/>
              </w:rPr>
              <w:t xml:space="preserve"> </w:t>
            </w:r>
            <w:r w:rsidR="00B278B2">
              <w:rPr>
                <w:rFonts w:ascii="TheSansOffice" w:hAnsi="TheSansOffice"/>
                <w:lang w:val="de-CH"/>
              </w:rPr>
              <w:t xml:space="preserve">Gesprächsleitfaden für </w:t>
            </w:r>
            <w:r w:rsidR="00CD69AD">
              <w:rPr>
                <w:rFonts w:ascii="TheSansOffice" w:hAnsi="TheSansOffice"/>
                <w:lang w:val="de-CH"/>
              </w:rPr>
              <w:t xml:space="preserve">die </w:t>
            </w:r>
            <w:r w:rsidR="00B278B2">
              <w:rPr>
                <w:rFonts w:ascii="TheSansOffice" w:hAnsi="TheSansOffice"/>
                <w:lang w:val="de-CH"/>
              </w:rPr>
              <w:t>Einstufung</w:t>
            </w:r>
          </w:p>
        </w:tc>
      </w:tr>
      <w:tr w:rsidR="0081039C" w:rsidRPr="00184DDA" w14:paraId="3DAB8D1E" w14:textId="77777777" w:rsidTr="006468F1">
        <w:tc>
          <w:tcPr>
            <w:tcW w:w="4890" w:type="dxa"/>
          </w:tcPr>
          <w:p w14:paraId="267951A5" w14:textId="79D53A64" w:rsidR="0081039C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424160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1039C">
              <w:rPr>
                <w:rFonts w:ascii="TheSansOffice" w:hAnsi="TheSansOffice"/>
                <w:lang w:val="de-CH"/>
              </w:rPr>
              <w:t xml:space="preserve"> </w:t>
            </w:r>
            <w:r w:rsidR="00B278B2">
              <w:rPr>
                <w:rFonts w:ascii="TheSansOffice" w:hAnsi="TheSansOffice"/>
                <w:lang w:val="de-CH"/>
              </w:rPr>
              <w:t>Beobachtungsraster, Lernstandserhebungen</w:t>
            </w:r>
          </w:p>
        </w:tc>
        <w:tc>
          <w:tcPr>
            <w:tcW w:w="4536" w:type="dxa"/>
          </w:tcPr>
          <w:p w14:paraId="173DECA1" w14:textId="16DF135C" w:rsidR="0081039C" w:rsidRPr="007E6B91" w:rsidRDefault="00DA0337" w:rsidP="00C336A4">
            <w:pPr>
              <w:ind w:left="281" w:hanging="281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193202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1039C">
              <w:rPr>
                <w:rFonts w:ascii="TheSansOffice" w:hAnsi="TheSansOffice"/>
                <w:lang w:val="de-CH"/>
              </w:rPr>
              <w:t xml:space="preserve"> </w:t>
            </w:r>
            <w:r w:rsidR="00B278B2">
              <w:rPr>
                <w:rFonts w:ascii="TheSansOffice" w:hAnsi="TheSansOffice"/>
                <w:lang w:val="de-CH"/>
              </w:rPr>
              <w:t>Kompetenzraster und/oder Ich-kann-Raster</w:t>
            </w:r>
          </w:p>
        </w:tc>
      </w:tr>
      <w:tr w:rsidR="0081039C" w:rsidRPr="007E6B91" w14:paraId="26D42033" w14:textId="77777777" w:rsidTr="006468F1">
        <w:tc>
          <w:tcPr>
            <w:tcW w:w="4890" w:type="dxa"/>
          </w:tcPr>
          <w:p w14:paraId="48A738F6" w14:textId="1574AAD2" w:rsidR="0081039C" w:rsidRPr="007E6B91" w:rsidRDefault="00DA0337" w:rsidP="00B278B2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383403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9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1039C">
              <w:rPr>
                <w:rFonts w:ascii="TheSansOffice" w:hAnsi="TheSansOffice"/>
                <w:lang w:val="de-CH"/>
              </w:rPr>
              <w:t xml:space="preserve"> </w:t>
            </w:r>
            <w:r w:rsidR="00B278B2">
              <w:rPr>
                <w:rFonts w:ascii="TheSansOffice" w:hAnsi="TheSansOffice"/>
                <w:lang w:val="de-CH"/>
              </w:rPr>
              <w:t>Vorher-Nachher-Vergleiche</w:t>
            </w:r>
          </w:p>
        </w:tc>
        <w:tc>
          <w:tcPr>
            <w:tcW w:w="4536" w:type="dxa"/>
          </w:tcPr>
          <w:p w14:paraId="52411BCB" w14:textId="362F7367" w:rsidR="0081039C" w:rsidRPr="00B278B2" w:rsidRDefault="00DA0337" w:rsidP="006468F1">
            <w:pPr>
              <w:rPr>
                <w:rFonts w:ascii="TheSansOffice" w:hAnsi="TheSansOffice"/>
              </w:rPr>
            </w:pPr>
            <w:sdt>
              <w:sdtPr>
                <w:rPr>
                  <w:rFonts w:ascii="TheSansOffice" w:hAnsi="TheSansOffice"/>
                </w:rPr>
                <w:id w:val="17662657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039C" w:rsidRPr="00B278B2">
              <w:rPr>
                <w:rFonts w:ascii="TheSansOffice" w:hAnsi="TheSansOffice"/>
              </w:rPr>
              <w:t xml:space="preserve"> Feedback</w:t>
            </w:r>
            <w:r w:rsidR="00B278B2" w:rsidRPr="00B278B2">
              <w:rPr>
                <w:rFonts w:ascii="TheSansOffice" w:hAnsi="TheSansOffice"/>
              </w:rPr>
              <w:t xml:space="preserve"> </w:t>
            </w:r>
            <w:r w:rsidR="00B278B2">
              <w:rPr>
                <w:rFonts w:ascii="TheSansOffice" w:hAnsi="TheSansOffice"/>
              </w:rPr>
              <w:t>und/</w:t>
            </w:r>
            <w:r w:rsidR="00B278B2" w:rsidRPr="00B278B2">
              <w:rPr>
                <w:rFonts w:ascii="TheSansOffice" w:hAnsi="TheSansOffice"/>
              </w:rPr>
              <w:t>oder Peer-Feedback-B</w:t>
            </w:r>
            <w:r w:rsidR="00B278B2">
              <w:rPr>
                <w:rFonts w:ascii="TheSansOffice" w:hAnsi="TheSansOffice"/>
              </w:rPr>
              <w:t>ögen</w:t>
            </w:r>
          </w:p>
        </w:tc>
      </w:tr>
      <w:tr w:rsidR="00B278B2" w:rsidRPr="00B278B2" w14:paraId="473D61F5" w14:textId="77777777" w:rsidTr="006468F1">
        <w:tc>
          <w:tcPr>
            <w:tcW w:w="4890" w:type="dxa"/>
          </w:tcPr>
          <w:p w14:paraId="32E41C1F" w14:textId="7894937D" w:rsidR="00B278B2" w:rsidRPr="007E6B91" w:rsidRDefault="00DA0337" w:rsidP="00B278B2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42767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278B2">
              <w:rPr>
                <w:rFonts w:ascii="TheSansOffice" w:hAnsi="TheSansOffice"/>
                <w:lang w:val="de-CH"/>
              </w:rPr>
              <w:t xml:space="preserve"> Teilnahmebestätigungen mit Empfehlung</w:t>
            </w:r>
          </w:p>
        </w:tc>
        <w:tc>
          <w:tcPr>
            <w:tcW w:w="4536" w:type="dxa"/>
          </w:tcPr>
          <w:p w14:paraId="741791B2" w14:textId="20DB798D" w:rsidR="00B278B2" w:rsidRPr="007E6B91" w:rsidRDefault="00DA0337" w:rsidP="00B278B2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75849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F3E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278B2">
              <w:rPr>
                <w:rFonts w:ascii="TheSansOffice" w:hAnsi="TheSansOffice"/>
                <w:lang w:val="de-CH"/>
              </w:rPr>
              <w:t xml:space="preserve"> Lernjournale</w:t>
            </w:r>
          </w:p>
        </w:tc>
      </w:tr>
      <w:tr w:rsidR="00B278B2" w:rsidRPr="007E6B91" w14:paraId="359BCC46" w14:textId="77777777" w:rsidTr="006468F1">
        <w:tc>
          <w:tcPr>
            <w:tcW w:w="9426" w:type="dxa"/>
            <w:gridSpan w:val="2"/>
          </w:tcPr>
          <w:p w14:paraId="50E5B74C" w14:textId="77777777" w:rsidR="002E0F3E" w:rsidRDefault="00DA0337" w:rsidP="002E0F3E">
            <w:pPr>
              <w:rPr>
                <w:rFonts w:ascii="TheSansOffice" w:hAnsi="TheSansOffice" w:cs="Segoe UI Symbol"/>
              </w:rPr>
            </w:pPr>
            <w:sdt>
              <w:sdtPr>
                <w:rPr>
                  <w:rFonts w:ascii="TheSansOffice" w:hAnsi="TheSansOffice"/>
                </w:rPr>
                <w:id w:val="-11627744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F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78B2" w:rsidRPr="002E0F3E">
              <w:rPr>
                <w:rFonts w:ascii="TheSansOffice" w:hAnsi="TheSansOffice" w:cs="Segoe UI Symbol"/>
              </w:rPr>
              <w:t xml:space="preserve"> Anderes/Weiteres:</w:t>
            </w:r>
            <w:r w:rsidR="002E0F3E" w:rsidRPr="002E0F3E">
              <w:rPr>
                <w:rFonts w:ascii="TheSansOffice" w:hAnsi="TheSansOffice" w:cs="Segoe UI Symbol"/>
              </w:rPr>
              <w:t xml:space="preserve"> </w:t>
            </w:r>
          </w:p>
          <w:p w14:paraId="63D320BD" w14:textId="53C332D9" w:rsidR="00B278B2" w:rsidRPr="002E0F3E" w:rsidRDefault="002E0F3E" w:rsidP="00184DDA">
            <w:pPr>
              <w:rPr>
                <w:rFonts w:ascii="TheSansOffice" w:hAnsi="TheSansOffice" w:cs="Segoe UI Symbol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184DDA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5F8EBE81" w14:textId="1D9D4AEE" w:rsidR="00B278B2" w:rsidRPr="007E6B91" w:rsidRDefault="00B278B2" w:rsidP="00694C2C">
      <w:pPr>
        <w:pStyle w:val="berschrift2"/>
        <w:spacing w:before="12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lastRenderedPageBreak/>
        <w:t xml:space="preserve">Kriterium </w:t>
      </w:r>
      <w:r w:rsidR="007D034E">
        <w:rPr>
          <w:rFonts w:ascii="TheSansOffice" w:hAnsi="TheSansOffice"/>
          <w:color w:val="EE0000"/>
          <w:sz w:val="22"/>
          <w:szCs w:val="22"/>
          <w:lang w:val="de-CH"/>
        </w:rPr>
        <w:t>g</w:t>
      </w:r>
      <w:r>
        <w:rPr>
          <w:rFonts w:ascii="TheSansOffice" w:hAnsi="TheSansOffice"/>
          <w:color w:val="EE0000"/>
          <w:sz w:val="22"/>
          <w:szCs w:val="22"/>
          <w:lang w:val="de-CH"/>
        </w:rPr>
        <w:t>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 w:rsidR="007D034E">
        <w:rPr>
          <w:rFonts w:ascii="TheSansOffice" w:hAnsi="TheSansOffice"/>
          <w:color w:val="EE0000"/>
          <w:sz w:val="22"/>
          <w:szCs w:val="22"/>
          <w:lang w:val="de-CH"/>
        </w:rPr>
        <w:t>Zugang und Orientierung</w:t>
      </w:r>
    </w:p>
    <w:p w14:paraId="022F50CE" w14:textId="6334435E" w:rsidR="00B278B2" w:rsidRPr="007E6B91" w:rsidRDefault="007D034E" w:rsidP="00B278B2">
      <w:pPr>
        <w:rPr>
          <w:rFonts w:ascii="TheSansOffice" w:hAnsi="TheSansOffice"/>
          <w:lang w:val="de-CH"/>
        </w:rPr>
      </w:pPr>
      <w:r w:rsidRPr="007D034E">
        <w:rPr>
          <w:rFonts w:ascii="TheSansOffice" w:hAnsi="TheSansOffice"/>
          <w:lang w:val="de-CH"/>
        </w:rPr>
        <w:t xml:space="preserve">Ein niederschwelliger Zugang sowie strukturierte Informations-, Orientierungs- und Einstufungsgespräche sichern eine bedarfsgerechte Aufnahme in die Sprachförderung und schaffen durch </w:t>
      </w:r>
      <w:r w:rsidR="00184DDA">
        <w:rPr>
          <w:rFonts w:ascii="TheSansOffice" w:hAnsi="TheSansOffice"/>
          <w:lang w:val="de-CH"/>
        </w:rPr>
        <w:br/>
      </w:r>
      <w:r w:rsidRPr="007D034E">
        <w:rPr>
          <w:rFonts w:ascii="TheSansOffice" w:hAnsi="TheSansOffice"/>
          <w:lang w:val="de-CH"/>
        </w:rPr>
        <w:t>gemeinsame Zielklä</w:t>
      </w:r>
      <w:r>
        <w:rPr>
          <w:rFonts w:ascii="TheSansOffice" w:hAnsi="TheSansOffice"/>
          <w:lang w:val="de-CH"/>
        </w:rPr>
        <w:t>r</w:t>
      </w:r>
      <w:r w:rsidRPr="007D034E">
        <w:rPr>
          <w:rFonts w:ascii="TheSansOffice" w:hAnsi="TheSansOffice"/>
          <w:lang w:val="de-CH"/>
        </w:rPr>
        <w:t>ung eine verlässliche Grundlage für den weiteren Lernwe</w:t>
      </w:r>
      <w:r w:rsidR="0019166A">
        <w:rPr>
          <w:rFonts w:ascii="TheSansOffice" w:hAnsi="TheSansOffice"/>
          <w:lang w:val="de-CH"/>
        </w:rPr>
        <w:t>g.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B278B2" w:rsidRPr="007E6B91" w14:paraId="4E9F5809" w14:textId="77777777" w:rsidTr="00BE3394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6C3B9E90" w14:textId="77777777" w:rsidR="00B278B2" w:rsidRPr="007E6B91" w:rsidRDefault="00B278B2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463EEF34" w14:textId="77777777" w:rsidR="00B278B2" w:rsidRPr="007E6B91" w:rsidRDefault="00B278B2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776B763A" w14:textId="77777777" w:rsidR="00B278B2" w:rsidRPr="007E6B91" w:rsidRDefault="00B278B2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70A39530" w14:textId="77777777" w:rsidR="00B278B2" w:rsidRPr="007E6B91" w:rsidRDefault="00B278B2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B278B2" w:rsidRPr="007E6B91" w14:paraId="5A678F77" w14:textId="77777777" w:rsidTr="00BE3394">
        <w:trPr>
          <w:trHeight w:val="227"/>
        </w:trPr>
        <w:tc>
          <w:tcPr>
            <w:tcW w:w="6123" w:type="dxa"/>
          </w:tcPr>
          <w:p w14:paraId="52012603" w14:textId="1B8A1C9A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Ermöglichen Sie einen niederschwelligen Zugang zu Ihren </w:t>
            </w:r>
            <w:r w:rsidR="00BE3394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Angeboten?</w:t>
            </w:r>
          </w:p>
        </w:tc>
        <w:tc>
          <w:tcPr>
            <w:tcW w:w="1117" w:type="dxa"/>
            <w:vAlign w:val="center"/>
          </w:tcPr>
          <w:p w14:paraId="111C2BA4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891066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0C2F14C" w14:textId="62768F78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41015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1AFA55C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637220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278B2" w:rsidRPr="007E6B91" w14:paraId="453B687A" w14:textId="77777777" w:rsidTr="00BE3394">
        <w:trPr>
          <w:trHeight w:val="227"/>
        </w:trPr>
        <w:tc>
          <w:tcPr>
            <w:tcW w:w="6123" w:type="dxa"/>
          </w:tcPr>
          <w:p w14:paraId="51F7B3C0" w14:textId="23B3422A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Stellen Sie leicht verständliche und/oder mehrsprachige Informationen bereit?</w:t>
            </w:r>
          </w:p>
        </w:tc>
        <w:tc>
          <w:tcPr>
            <w:tcW w:w="1117" w:type="dxa"/>
            <w:vAlign w:val="center"/>
          </w:tcPr>
          <w:p w14:paraId="26B7BFB1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594988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241B533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304912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DD165CE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243762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278B2" w:rsidRPr="007E6B91" w14:paraId="5129A7A9" w14:textId="77777777" w:rsidTr="00BE3394">
        <w:trPr>
          <w:trHeight w:val="227"/>
        </w:trPr>
        <w:tc>
          <w:tcPr>
            <w:tcW w:w="6123" w:type="dxa"/>
          </w:tcPr>
          <w:p w14:paraId="1323E597" w14:textId="0B0A72C5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Führen Sie strukturierte Informations- und/oder Orientierungsgespräche durch?</w:t>
            </w:r>
          </w:p>
        </w:tc>
        <w:tc>
          <w:tcPr>
            <w:tcW w:w="1117" w:type="dxa"/>
            <w:vAlign w:val="center"/>
          </w:tcPr>
          <w:p w14:paraId="632BA074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685149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BB770BD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903341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76CBA08" w14:textId="77777777" w:rsidR="00B278B2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251771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278B2" w:rsidRPr="007E6B91" w14:paraId="1DD349B3" w14:textId="77777777" w:rsidTr="00BE3394">
        <w:trPr>
          <w:trHeight w:val="227"/>
        </w:trPr>
        <w:tc>
          <w:tcPr>
            <w:tcW w:w="6123" w:type="dxa"/>
          </w:tcPr>
          <w:p w14:paraId="4611E7AB" w14:textId="1C78101F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Erfassen Sie die individuelle Lebenssituation und die Lernziele </w:t>
            </w:r>
            <w:r w:rsidR="00BE3394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der Teilnehmenden?</w:t>
            </w:r>
          </w:p>
        </w:tc>
        <w:tc>
          <w:tcPr>
            <w:tcW w:w="1117" w:type="dxa"/>
            <w:vAlign w:val="center"/>
          </w:tcPr>
          <w:p w14:paraId="37F16CD4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430219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3E8D576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8503247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651DE8A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119192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278B2" w:rsidRPr="007E6B91" w14:paraId="2BAB13E9" w14:textId="77777777" w:rsidTr="00BE3394">
        <w:trPr>
          <w:trHeight w:val="227"/>
        </w:trPr>
        <w:tc>
          <w:tcPr>
            <w:tcW w:w="6123" w:type="dxa"/>
          </w:tcPr>
          <w:p w14:paraId="4DBF0B47" w14:textId="71261461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Berücksichtigen Sie mögliche Teilnahmehindernisse bereits im Aufnahmeprozess?</w:t>
            </w:r>
          </w:p>
        </w:tc>
        <w:tc>
          <w:tcPr>
            <w:tcW w:w="1117" w:type="dxa"/>
            <w:vAlign w:val="center"/>
          </w:tcPr>
          <w:p w14:paraId="352085ED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950358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BBE947D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8282872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9534C84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885936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278B2" w:rsidRPr="007E6B91" w14:paraId="7FF3253C" w14:textId="77777777" w:rsidTr="00BE3394">
        <w:trPr>
          <w:trHeight w:val="227"/>
        </w:trPr>
        <w:tc>
          <w:tcPr>
            <w:tcW w:w="6123" w:type="dxa"/>
          </w:tcPr>
          <w:p w14:paraId="5D278EB6" w14:textId="02F13793" w:rsidR="00B278B2" w:rsidRPr="007E6B91" w:rsidRDefault="0019166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Bieten Sie flexible Angebotsformen und/oder Einstiegsmöglichkeiten an?</w:t>
            </w:r>
          </w:p>
        </w:tc>
        <w:tc>
          <w:tcPr>
            <w:tcW w:w="1117" w:type="dxa"/>
            <w:vAlign w:val="center"/>
          </w:tcPr>
          <w:p w14:paraId="519AB761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824748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779E738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088343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AA82729" w14:textId="77777777" w:rsidR="00B278B2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2540835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47BAA112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1C77B9C3" w14:textId="77777777" w:rsidR="00F92718" w:rsidRDefault="00F92718" w:rsidP="00B278B2">
      <w:pPr>
        <w:spacing w:after="0"/>
        <w:ind w:right="-716"/>
        <w:rPr>
          <w:rFonts w:ascii="TheSansOffice" w:hAnsi="TheSansOffice"/>
          <w:lang w:val="de-CH"/>
        </w:rPr>
      </w:pPr>
    </w:p>
    <w:p w14:paraId="48534C31" w14:textId="442D6490" w:rsidR="00B278B2" w:rsidRPr="007E6B91" w:rsidRDefault="00B278B2" w:rsidP="00B278B2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BE3394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3E9EDFD9" w14:textId="77777777" w:rsidR="00B278B2" w:rsidRPr="007E6B91" w:rsidRDefault="00B278B2" w:rsidP="00B278B2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B278B2" w:rsidRPr="00A470BF" w14:paraId="6F8B8113" w14:textId="77777777" w:rsidTr="006468F1">
        <w:tc>
          <w:tcPr>
            <w:tcW w:w="4890" w:type="dxa"/>
          </w:tcPr>
          <w:p w14:paraId="6FFE5ED2" w14:textId="464BC0E7" w:rsidR="00B278B2" w:rsidRPr="007E6B91" w:rsidRDefault="00DA0337" w:rsidP="00F829EB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607086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B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278B2">
              <w:rPr>
                <w:rFonts w:ascii="TheSansOffice" w:hAnsi="TheSansOffice"/>
                <w:lang w:val="de-CH"/>
              </w:rPr>
              <w:t xml:space="preserve"> </w:t>
            </w:r>
            <w:r w:rsidR="00A470BF">
              <w:rPr>
                <w:rFonts w:ascii="TheSansOffice" w:hAnsi="TheSansOffice"/>
                <w:lang w:val="de-CH"/>
              </w:rPr>
              <w:t xml:space="preserve">Dokumentation Aufnahmeprozess und/oder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A470BF">
              <w:rPr>
                <w:rFonts w:ascii="TheSansOffice" w:hAnsi="TheSansOffice"/>
                <w:lang w:val="de-CH"/>
              </w:rPr>
              <w:t>Informations- und/oder Orientierungsgespräche</w:t>
            </w:r>
          </w:p>
        </w:tc>
        <w:tc>
          <w:tcPr>
            <w:tcW w:w="4536" w:type="dxa"/>
          </w:tcPr>
          <w:p w14:paraId="0C889A13" w14:textId="493F4C3D" w:rsidR="00B278B2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850304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B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470B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470BF">
              <w:rPr>
                <w:rFonts w:ascii="TheSansOffice" w:hAnsi="TheSansOffice"/>
                <w:lang w:val="de-CH"/>
              </w:rPr>
              <w:t>Kurskonzept</w:t>
            </w:r>
          </w:p>
        </w:tc>
      </w:tr>
      <w:tr w:rsidR="00A470BF" w:rsidRPr="00B278B2" w14:paraId="2B56828A" w14:textId="77777777" w:rsidTr="006468F1">
        <w:tc>
          <w:tcPr>
            <w:tcW w:w="4890" w:type="dxa"/>
          </w:tcPr>
          <w:p w14:paraId="55E39C41" w14:textId="22455A9C" w:rsidR="00A470BF" w:rsidRPr="007E6B91" w:rsidRDefault="00DA0337" w:rsidP="00A470BF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776089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B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470B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470BF">
              <w:rPr>
                <w:rFonts w:ascii="TheSansOffice" w:hAnsi="TheSansOffice"/>
                <w:lang w:val="de-CH"/>
              </w:rPr>
              <w:t>Kursausschreibung</w:t>
            </w:r>
          </w:p>
        </w:tc>
        <w:tc>
          <w:tcPr>
            <w:tcW w:w="4536" w:type="dxa"/>
          </w:tcPr>
          <w:p w14:paraId="17EE4840" w14:textId="139A5271" w:rsidR="00A470BF" w:rsidRPr="007E6B91" w:rsidRDefault="00DA0337" w:rsidP="00A470BF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000230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B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470B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470BF">
              <w:rPr>
                <w:rFonts w:ascii="TheSansOffice" w:hAnsi="TheSansOffice"/>
                <w:lang w:val="de-CH"/>
              </w:rPr>
              <w:t>Flyer, Webseite</w:t>
            </w:r>
          </w:p>
        </w:tc>
      </w:tr>
      <w:tr w:rsidR="00A470BF" w:rsidRPr="00A470BF" w14:paraId="37B2E404" w14:textId="77777777" w:rsidTr="006468F1">
        <w:tc>
          <w:tcPr>
            <w:tcW w:w="4890" w:type="dxa"/>
          </w:tcPr>
          <w:p w14:paraId="30DA9FF5" w14:textId="2A3C0DDB" w:rsidR="00A470BF" w:rsidRPr="007E6B91" w:rsidRDefault="00DA0337" w:rsidP="00F829EB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066019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0BF" w:rsidRPr="00B31A3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470BF" w:rsidRPr="00B31A36">
              <w:rPr>
                <w:rFonts w:ascii="TheSansOffice" w:hAnsi="TheSansOffice"/>
                <w:lang w:val="de-CH"/>
              </w:rPr>
              <w:t xml:space="preserve"> Nachweise von Nach- und/oder Umorientierungsgesprächen</w:t>
            </w:r>
          </w:p>
        </w:tc>
        <w:tc>
          <w:tcPr>
            <w:tcW w:w="4536" w:type="dxa"/>
          </w:tcPr>
          <w:p w14:paraId="4E3739D8" w14:textId="3EF0D88F" w:rsidR="00A470BF" w:rsidRPr="00A470BF" w:rsidRDefault="00DA0337" w:rsidP="00A470BF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097596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F3E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470BF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A470BF">
              <w:rPr>
                <w:rFonts w:ascii="TheSansOffice" w:hAnsi="TheSansOffice"/>
                <w:lang w:val="de-CH"/>
              </w:rPr>
              <w:t>Beispiele von Teilnehmenden-Dossiers</w:t>
            </w:r>
          </w:p>
        </w:tc>
      </w:tr>
      <w:tr w:rsidR="00B278B2" w:rsidRPr="007E6B91" w14:paraId="0391114E" w14:textId="77777777" w:rsidTr="006468F1">
        <w:tc>
          <w:tcPr>
            <w:tcW w:w="9426" w:type="dxa"/>
            <w:gridSpan w:val="2"/>
          </w:tcPr>
          <w:p w14:paraId="1A5A8371" w14:textId="77777777" w:rsidR="00B278B2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968663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B2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278B2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32445C2E" w14:textId="39341EEB" w:rsidR="00B278B2" w:rsidRPr="007E6B91" w:rsidRDefault="002E0F3E" w:rsidP="002E0F3E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3376A05" w14:textId="113CF87D" w:rsidR="00C1202D" w:rsidRPr="007E6B91" w:rsidRDefault="00C1202D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h)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 w:rsidR="0010105C">
        <w:rPr>
          <w:rFonts w:ascii="TheSansOffice" w:hAnsi="TheSansOffice"/>
          <w:color w:val="EE0000"/>
          <w:sz w:val="22"/>
          <w:szCs w:val="22"/>
          <w:lang w:val="de-CH"/>
        </w:rPr>
        <w:t>Teilnahme und Präsenz</w:t>
      </w:r>
    </w:p>
    <w:p w14:paraId="2FEB25EC" w14:textId="2883FAE5" w:rsidR="00C1202D" w:rsidRPr="007E6B91" w:rsidRDefault="0010105C" w:rsidP="00C1202D">
      <w:pPr>
        <w:rPr>
          <w:rFonts w:ascii="TheSansOffice" w:hAnsi="TheSansOffice"/>
          <w:lang w:val="de-CH"/>
        </w:rPr>
      </w:pPr>
      <w:r w:rsidRPr="0010105C">
        <w:rPr>
          <w:rFonts w:ascii="TheSansOffice" w:hAnsi="TheSansOffice"/>
          <w:lang w:val="de-CH"/>
        </w:rPr>
        <w:t>Durch strukturierte Präsenzbegleitung, frühzeitige Klärung von Teilnahmehindernissen und flexible Unter</w:t>
      </w:r>
      <w:r>
        <w:rPr>
          <w:rFonts w:ascii="TheSansOffice" w:hAnsi="TheSansOffice"/>
          <w:lang w:val="de-CH"/>
        </w:rPr>
        <w:t>s</w:t>
      </w:r>
      <w:r w:rsidRPr="0010105C">
        <w:rPr>
          <w:rFonts w:ascii="TheSansOffice" w:hAnsi="TheSansOffice"/>
          <w:lang w:val="de-CH"/>
        </w:rPr>
        <w:t>tützungsangebote wird eine stabile Lernkontinuität gefördert und der nachhaltige Kompetenzerwerb gesichert.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C1202D" w:rsidRPr="007E6B91" w14:paraId="71CD715E" w14:textId="77777777" w:rsidTr="00BE3394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6B1A9BFC" w14:textId="77777777" w:rsidR="00C1202D" w:rsidRPr="007E6B91" w:rsidRDefault="00C1202D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76DEF6CC" w14:textId="77777777" w:rsidR="00C1202D" w:rsidRPr="007E6B91" w:rsidRDefault="00C1202D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62AEF1CF" w14:textId="77777777" w:rsidR="00C1202D" w:rsidRPr="007E6B91" w:rsidRDefault="00C1202D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C7F7C38" w14:textId="77777777" w:rsidR="00C1202D" w:rsidRPr="007E6B91" w:rsidRDefault="00C1202D" w:rsidP="00BE3394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C1202D" w:rsidRPr="007E6B91" w14:paraId="3D953F6B" w14:textId="77777777" w:rsidTr="00BE3394">
        <w:trPr>
          <w:trHeight w:val="227"/>
        </w:trPr>
        <w:tc>
          <w:tcPr>
            <w:tcW w:w="6123" w:type="dxa"/>
          </w:tcPr>
          <w:p w14:paraId="71831B41" w14:textId="51ADC8A2" w:rsidR="00C1202D" w:rsidRPr="007E6B91" w:rsidRDefault="0010105C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Erfassen Sie die Präsenz der Teilnehmenden systematisch?</w:t>
            </w:r>
          </w:p>
        </w:tc>
        <w:tc>
          <w:tcPr>
            <w:tcW w:w="1117" w:type="dxa"/>
            <w:vAlign w:val="center"/>
          </w:tcPr>
          <w:p w14:paraId="4DB99369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020928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358F44A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362588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6A0B038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738676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C1202D" w:rsidRPr="007E6B91" w14:paraId="4D3456FF" w14:textId="77777777" w:rsidTr="00BE3394">
        <w:trPr>
          <w:trHeight w:val="227"/>
        </w:trPr>
        <w:tc>
          <w:tcPr>
            <w:tcW w:w="6123" w:type="dxa"/>
          </w:tcPr>
          <w:p w14:paraId="21AEB501" w14:textId="343EEBCC" w:rsidR="00C1202D" w:rsidRPr="007E6B91" w:rsidRDefault="0010105C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Klären Sie wiederholte Absenzen frühzeitig mit den Teilnehmenden?</w:t>
            </w:r>
          </w:p>
        </w:tc>
        <w:tc>
          <w:tcPr>
            <w:tcW w:w="1117" w:type="dxa"/>
            <w:vAlign w:val="center"/>
          </w:tcPr>
          <w:p w14:paraId="4662A5A1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564614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178E927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391639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6956AF1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946821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C1202D" w:rsidRPr="007E6B91" w14:paraId="5343842D" w14:textId="77777777" w:rsidTr="00BE3394">
        <w:trPr>
          <w:trHeight w:val="227"/>
        </w:trPr>
        <w:tc>
          <w:tcPr>
            <w:tcW w:w="6123" w:type="dxa"/>
          </w:tcPr>
          <w:p w14:paraId="6BFA5E5C" w14:textId="3F16D729" w:rsidR="00C1202D" w:rsidRPr="007E6B91" w:rsidRDefault="0010105C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Berücksichtigen Sie eventuelle Teilnahmehindernisse bei der </w:t>
            </w:r>
            <w:r w:rsidR="00BE3394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Kursorganisation?</w:t>
            </w:r>
          </w:p>
        </w:tc>
        <w:tc>
          <w:tcPr>
            <w:tcW w:w="1117" w:type="dxa"/>
            <w:vAlign w:val="center"/>
          </w:tcPr>
          <w:p w14:paraId="7F02D492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727487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AA1EDA3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695258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1263ECA" w14:textId="77777777" w:rsidR="00C1202D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609538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C1202D" w:rsidRPr="007E6B91" w14:paraId="2DE6852F" w14:textId="77777777" w:rsidTr="00BE3394">
        <w:trPr>
          <w:trHeight w:val="227"/>
        </w:trPr>
        <w:tc>
          <w:tcPr>
            <w:tcW w:w="6123" w:type="dxa"/>
          </w:tcPr>
          <w:p w14:paraId="6032A669" w14:textId="6A49123D" w:rsidR="00C1202D" w:rsidRPr="007E6B91" w:rsidRDefault="0010105C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Stellen Sie Unterstützungsangebote für verpasste Lerninhalte </w:t>
            </w:r>
            <w:r w:rsidR="00BE3394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bereit?</w:t>
            </w:r>
          </w:p>
        </w:tc>
        <w:tc>
          <w:tcPr>
            <w:tcW w:w="1117" w:type="dxa"/>
            <w:vAlign w:val="center"/>
          </w:tcPr>
          <w:p w14:paraId="1226F1D9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658954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B18D44A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225559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2951F83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224174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C1202D" w:rsidRPr="007E6B91" w14:paraId="0FEB8A93" w14:textId="77777777" w:rsidTr="00BE3394">
        <w:trPr>
          <w:trHeight w:val="227"/>
        </w:trPr>
        <w:tc>
          <w:tcPr>
            <w:tcW w:w="6123" w:type="dxa"/>
          </w:tcPr>
          <w:p w14:paraId="7F903670" w14:textId="14C6E4C0" w:rsidR="00C1202D" w:rsidRPr="007E6B91" w:rsidRDefault="0010105C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lastRenderedPageBreak/>
              <w:t>Ermöglichen Sie flexible Einstiege oder Kurswechsel bei veränderten Lebenssituationen?</w:t>
            </w:r>
          </w:p>
        </w:tc>
        <w:tc>
          <w:tcPr>
            <w:tcW w:w="1117" w:type="dxa"/>
            <w:vAlign w:val="center"/>
          </w:tcPr>
          <w:p w14:paraId="5A8559C7" w14:textId="22ADE878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25517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8D20122" w14:textId="1996E1A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106515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B824706" w14:textId="77777777" w:rsidR="00C1202D" w:rsidRPr="007E6B91" w:rsidRDefault="00DA0337" w:rsidP="00BE3394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173130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2607FDB2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65F3C60D" w14:textId="77777777" w:rsidR="00F92718" w:rsidRPr="00F92718" w:rsidRDefault="00F92718" w:rsidP="00990297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091CECCE" w14:textId="48A24BCA" w:rsidR="00C1202D" w:rsidRPr="007E6B91" w:rsidRDefault="00C1202D" w:rsidP="00C1202D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990297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35B54EB0" w14:textId="77777777" w:rsidR="00C1202D" w:rsidRPr="007E6B91" w:rsidRDefault="00C1202D" w:rsidP="00C1202D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C1202D" w:rsidRPr="00A470BF" w14:paraId="6453D42D" w14:textId="77777777" w:rsidTr="006468F1">
        <w:tc>
          <w:tcPr>
            <w:tcW w:w="4890" w:type="dxa"/>
          </w:tcPr>
          <w:p w14:paraId="07988417" w14:textId="5666FF95" w:rsidR="00C1202D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96225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>Beispiele von Präsenzlisten</w:t>
            </w:r>
          </w:p>
        </w:tc>
        <w:tc>
          <w:tcPr>
            <w:tcW w:w="4536" w:type="dxa"/>
          </w:tcPr>
          <w:p w14:paraId="01102B25" w14:textId="09DECDB0" w:rsidR="00C1202D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760154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>Anwesenheitsstatistiken</w:t>
            </w:r>
          </w:p>
        </w:tc>
      </w:tr>
      <w:tr w:rsidR="00C1202D" w:rsidRPr="00B278B2" w14:paraId="12D83B0C" w14:textId="77777777" w:rsidTr="006468F1">
        <w:tc>
          <w:tcPr>
            <w:tcW w:w="4890" w:type="dxa"/>
          </w:tcPr>
          <w:p w14:paraId="7EFFA2DA" w14:textId="225756CB" w:rsidR="00C1202D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067056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>Regelungen zum Umgang mit Absenzen</w:t>
            </w:r>
          </w:p>
        </w:tc>
        <w:tc>
          <w:tcPr>
            <w:tcW w:w="4536" w:type="dxa"/>
          </w:tcPr>
          <w:p w14:paraId="30178F11" w14:textId="1ABE69EE" w:rsidR="00C1202D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000707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C1202D">
              <w:rPr>
                <w:rFonts w:ascii="TheSansOffice" w:hAnsi="TheSansOffice"/>
                <w:lang w:val="de-CH"/>
              </w:rPr>
              <w:t>Flyer, Webseite</w:t>
            </w:r>
            <w:r w:rsidR="0010105C">
              <w:rPr>
                <w:rFonts w:ascii="TheSansOffice" w:hAnsi="TheSansOffice"/>
                <w:lang w:val="de-CH"/>
              </w:rPr>
              <w:t>, Angebotsübersicht</w:t>
            </w:r>
          </w:p>
        </w:tc>
      </w:tr>
      <w:tr w:rsidR="00C1202D" w:rsidRPr="00A470BF" w14:paraId="2100C793" w14:textId="77777777" w:rsidTr="006468F1">
        <w:tc>
          <w:tcPr>
            <w:tcW w:w="4890" w:type="dxa"/>
          </w:tcPr>
          <w:p w14:paraId="0C5DF3DC" w14:textId="3774CDFD" w:rsidR="00C1202D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903149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05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>Nachweise ergänzender Lernangebote</w:t>
            </w:r>
          </w:p>
        </w:tc>
        <w:tc>
          <w:tcPr>
            <w:tcW w:w="4536" w:type="dxa"/>
          </w:tcPr>
          <w:p w14:paraId="0B60F0C1" w14:textId="4A0FDB49" w:rsidR="00C1202D" w:rsidRPr="00A470BF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76993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DD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>Teilnahmevereinbarungen</w:t>
            </w:r>
          </w:p>
        </w:tc>
      </w:tr>
      <w:tr w:rsidR="0010105C" w:rsidRPr="00184DDA" w14:paraId="464E2AD1" w14:textId="77777777" w:rsidTr="006468F1">
        <w:tc>
          <w:tcPr>
            <w:tcW w:w="4890" w:type="dxa"/>
          </w:tcPr>
          <w:p w14:paraId="112BE5A5" w14:textId="38FC68C3" w:rsidR="0010105C" w:rsidRPr="00B31A36" w:rsidRDefault="00DA0337" w:rsidP="00CF6B4D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892561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05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0105C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10105C">
              <w:rPr>
                <w:rFonts w:ascii="TheSansOffice" w:hAnsi="TheSansOffice"/>
                <w:lang w:val="de-CH"/>
              </w:rPr>
              <w:t xml:space="preserve">Dokumentation der Zusammenarbeit mit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10105C">
              <w:rPr>
                <w:rFonts w:ascii="TheSansOffice" w:hAnsi="TheSansOffice"/>
                <w:lang w:val="de-CH"/>
              </w:rPr>
              <w:t>anderen und/oder zuweisenden Stellen</w:t>
            </w:r>
          </w:p>
        </w:tc>
        <w:tc>
          <w:tcPr>
            <w:tcW w:w="4536" w:type="dxa"/>
          </w:tcPr>
          <w:p w14:paraId="5C15AB01" w14:textId="77777777" w:rsidR="0010105C" w:rsidRPr="00B31A36" w:rsidRDefault="0010105C" w:rsidP="006468F1">
            <w:pPr>
              <w:rPr>
                <w:rFonts w:ascii="TheSansOffice" w:hAnsi="TheSansOffice"/>
                <w:lang w:val="de-CH"/>
              </w:rPr>
            </w:pPr>
          </w:p>
        </w:tc>
      </w:tr>
      <w:tr w:rsidR="00C1202D" w:rsidRPr="007E6B91" w14:paraId="4958AD77" w14:textId="77777777" w:rsidTr="006468F1">
        <w:tc>
          <w:tcPr>
            <w:tcW w:w="9426" w:type="dxa"/>
            <w:gridSpan w:val="2"/>
          </w:tcPr>
          <w:p w14:paraId="35F5135E" w14:textId="77777777" w:rsidR="00C1202D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076283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2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C1202D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307310CF" w14:textId="63FBC34C" w:rsidR="00C1202D" w:rsidRPr="002E0F3E" w:rsidRDefault="002E0F3E" w:rsidP="002E0F3E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4B6F904B" w14:textId="4FF7B867" w:rsidR="0071225A" w:rsidRPr="007E6B91" w:rsidRDefault="0071225A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i)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Evaluation</w:t>
      </w:r>
    </w:p>
    <w:p w14:paraId="11FF64B1" w14:textId="4E91587C" w:rsidR="0071225A" w:rsidRPr="007E6B91" w:rsidRDefault="0071225A" w:rsidP="0071225A">
      <w:pPr>
        <w:rPr>
          <w:rFonts w:ascii="TheSansOffice" w:hAnsi="TheSansOffice"/>
          <w:lang w:val="de-CH"/>
        </w:rPr>
      </w:pPr>
      <w:r w:rsidRPr="0071225A">
        <w:rPr>
          <w:rFonts w:ascii="TheSansOffice" w:hAnsi="TheSansOffice"/>
          <w:lang w:val="de-CH"/>
        </w:rPr>
        <w:t>Regelmässige Evaluationen sichern die Qualität der Sprachförderung und gewährleisten durch systematische Auswertung und Rückkopplung eine kontinuierliche Weiterentwicklung der Angebote.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71225A" w:rsidRPr="007E6B91" w14:paraId="30AE2F5E" w14:textId="77777777" w:rsidTr="0099029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0DC68CCE" w14:textId="77777777" w:rsidR="0071225A" w:rsidRPr="007E6B91" w:rsidRDefault="0071225A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5147EA6" w14:textId="77777777" w:rsidR="0071225A" w:rsidRPr="007E6B91" w:rsidRDefault="0071225A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4E4B688A" w14:textId="77777777" w:rsidR="0071225A" w:rsidRPr="007E6B91" w:rsidRDefault="0071225A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3DF665DA" w14:textId="77777777" w:rsidR="0071225A" w:rsidRPr="007E6B91" w:rsidRDefault="0071225A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71225A" w:rsidRPr="007E6B91" w14:paraId="35E354AA" w14:textId="77777777" w:rsidTr="00990297">
        <w:trPr>
          <w:trHeight w:val="227"/>
        </w:trPr>
        <w:tc>
          <w:tcPr>
            <w:tcW w:w="6123" w:type="dxa"/>
          </w:tcPr>
          <w:p w14:paraId="255BF474" w14:textId="66667F5D" w:rsidR="0071225A" w:rsidRPr="007E6B91" w:rsidRDefault="002340B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Führen Sie regelmässig Evaluationen Ihrer Angebote durch?</w:t>
            </w:r>
          </w:p>
        </w:tc>
        <w:tc>
          <w:tcPr>
            <w:tcW w:w="1117" w:type="dxa"/>
            <w:vAlign w:val="center"/>
          </w:tcPr>
          <w:p w14:paraId="53BDCEAC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325368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3AE6FBB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158476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6012B34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374274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1225A" w:rsidRPr="007E6B91" w14:paraId="032957D2" w14:textId="77777777" w:rsidTr="00990297">
        <w:trPr>
          <w:trHeight w:val="227"/>
        </w:trPr>
        <w:tc>
          <w:tcPr>
            <w:tcW w:w="6123" w:type="dxa"/>
          </w:tcPr>
          <w:p w14:paraId="6D33D160" w14:textId="0D26892F" w:rsidR="0071225A" w:rsidRPr="007E6B91" w:rsidRDefault="002340B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Nutzen Sie unterschiedliche Feedbackformen zur Evaluation?</w:t>
            </w:r>
          </w:p>
        </w:tc>
        <w:tc>
          <w:tcPr>
            <w:tcW w:w="1117" w:type="dxa"/>
            <w:vAlign w:val="center"/>
          </w:tcPr>
          <w:p w14:paraId="77F444FC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593561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1077426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588611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5FFD8B4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760412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1225A" w:rsidRPr="007E6B91" w14:paraId="7C7FB335" w14:textId="77777777" w:rsidTr="00990297">
        <w:trPr>
          <w:trHeight w:val="227"/>
        </w:trPr>
        <w:tc>
          <w:tcPr>
            <w:tcW w:w="6123" w:type="dxa"/>
          </w:tcPr>
          <w:p w14:paraId="641AD260" w14:textId="08BAD1FA" w:rsidR="0071225A" w:rsidRPr="007E6B91" w:rsidRDefault="002340B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Erfassen und analysieren Sie Gründe für Kursabbrüche?</w:t>
            </w:r>
          </w:p>
        </w:tc>
        <w:tc>
          <w:tcPr>
            <w:tcW w:w="1117" w:type="dxa"/>
            <w:vAlign w:val="center"/>
          </w:tcPr>
          <w:p w14:paraId="7405AAD4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003667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87784D3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58696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C2F453B" w14:textId="77777777" w:rsidR="0071225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083952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1225A" w:rsidRPr="007E6B91" w14:paraId="6EE3FFD1" w14:textId="77777777" w:rsidTr="00990297">
        <w:trPr>
          <w:trHeight w:val="227"/>
        </w:trPr>
        <w:tc>
          <w:tcPr>
            <w:tcW w:w="6123" w:type="dxa"/>
          </w:tcPr>
          <w:p w14:paraId="4A0B0319" w14:textId="41B1E451" w:rsidR="0071225A" w:rsidRPr="007E6B91" w:rsidRDefault="002340B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Werden Evaluationsergebnisse im Team thematisiert?</w:t>
            </w:r>
          </w:p>
        </w:tc>
        <w:tc>
          <w:tcPr>
            <w:tcW w:w="1117" w:type="dxa"/>
            <w:vAlign w:val="center"/>
          </w:tcPr>
          <w:p w14:paraId="23829FE3" w14:textId="6FBE4B01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072808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0B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53C9E14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438701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1896491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282138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2340BA" w:rsidRPr="007E6B91" w14:paraId="53B3155A" w14:textId="77777777" w:rsidTr="00990297">
        <w:trPr>
          <w:trHeight w:val="227"/>
        </w:trPr>
        <w:tc>
          <w:tcPr>
            <w:tcW w:w="6123" w:type="dxa"/>
          </w:tcPr>
          <w:p w14:paraId="5BE7D8C7" w14:textId="044C7907" w:rsidR="002340BA" w:rsidRPr="007E6B91" w:rsidRDefault="002340BA" w:rsidP="002340BA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Leiten Sie aus Evaluationen konkrete Verbesserungsmassnahmen ab?</w:t>
            </w:r>
          </w:p>
        </w:tc>
        <w:tc>
          <w:tcPr>
            <w:tcW w:w="1117" w:type="dxa"/>
            <w:vAlign w:val="center"/>
          </w:tcPr>
          <w:p w14:paraId="68742BEC" w14:textId="15D02D23" w:rsidR="002340B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708679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0B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BC5F093" w14:textId="119A46F7" w:rsidR="002340B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445529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0B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3AB0A34" w14:textId="66A11F23" w:rsidR="002340BA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877510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0B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1225A" w:rsidRPr="007E6B91" w14:paraId="6A5ABF50" w14:textId="77777777" w:rsidTr="00990297">
        <w:trPr>
          <w:trHeight w:val="227"/>
        </w:trPr>
        <w:tc>
          <w:tcPr>
            <w:tcW w:w="6123" w:type="dxa"/>
          </w:tcPr>
          <w:p w14:paraId="3BD9D968" w14:textId="7437F306" w:rsidR="0071225A" w:rsidRPr="007E6B91" w:rsidRDefault="002340B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Nutzen Sie Evaluationsergebnisse für die Weiterentwicklung </w:t>
            </w:r>
            <w:r w:rsidR="00990297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zukünftiger Angebote?</w:t>
            </w:r>
          </w:p>
        </w:tc>
        <w:tc>
          <w:tcPr>
            <w:tcW w:w="1117" w:type="dxa"/>
            <w:vAlign w:val="center"/>
          </w:tcPr>
          <w:p w14:paraId="2F763496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812007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4CC351B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232599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91E4C1E" w14:textId="77777777" w:rsidR="0071225A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835870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18D22C49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2F1A6E4E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25D4523A" w14:textId="4705AF68" w:rsidR="0071225A" w:rsidRDefault="0071225A" w:rsidP="0071225A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990297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2BF1C304" w14:textId="77777777" w:rsidR="00CF6B4D" w:rsidRPr="00CF6B4D" w:rsidRDefault="00CF6B4D" w:rsidP="0071225A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71225A" w:rsidRPr="00A470BF" w14:paraId="4F85D6E3" w14:textId="77777777" w:rsidTr="006468F1">
        <w:tc>
          <w:tcPr>
            <w:tcW w:w="4890" w:type="dxa"/>
          </w:tcPr>
          <w:p w14:paraId="7171F5C6" w14:textId="50E9194B" w:rsidR="0071225A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337717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>
              <w:rPr>
                <w:rFonts w:ascii="TheSansOffice" w:hAnsi="TheSansOffice"/>
                <w:lang w:val="de-CH"/>
              </w:rPr>
              <w:t xml:space="preserve"> </w:t>
            </w:r>
            <w:r w:rsidR="002340BA">
              <w:rPr>
                <w:rFonts w:ascii="TheSansOffice" w:hAnsi="TheSansOffice"/>
                <w:lang w:val="de-CH"/>
              </w:rPr>
              <w:t>Evaluationsinstrumente</w:t>
            </w:r>
          </w:p>
        </w:tc>
        <w:tc>
          <w:tcPr>
            <w:tcW w:w="4536" w:type="dxa"/>
          </w:tcPr>
          <w:p w14:paraId="3BEEB440" w14:textId="07F1BCAF" w:rsidR="0071225A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194876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340BA">
              <w:rPr>
                <w:rFonts w:ascii="TheSansOffice" w:hAnsi="TheSansOffice"/>
                <w:lang w:val="de-CH"/>
              </w:rPr>
              <w:t xml:space="preserve">Auswertungen von Evaluationen </w:t>
            </w:r>
          </w:p>
        </w:tc>
      </w:tr>
      <w:tr w:rsidR="0071225A" w:rsidRPr="00184DDA" w14:paraId="7760E1EA" w14:textId="77777777" w:rsidTr="006468F1">
        <w:tc>
          <w:tcPr>
            <w:tcW w:w="4890" w:type="dxa"/>
          </w:tcPr>
          <w:p w14:paraId="5C91A1EC" w14:textId="1827DCF2" w:rsidR="0071225A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824182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340BA">
              <w:rPr>
                <w:rFonts w:ascii="TheSansOffice" w:hAnsi="TheSansOffice"/>
                <w:lang w:val="de-CH"/>
              </w:rPr>
              <w:t xml:space="preserve">Beispiele </w:t>
            </w:r>
            <w:r w:rsidR="00B01041">
              <w:rPr>
                <w:rFonts w:ascii="TheSansOffice" w:hAnsi="TheSansOffice"/>
                <w:lang w:val="de-CH"/>
              </w:rPr>
              <w:t xml:space="preserve">diverser </w:t>
            </w:r>
            <w:r w:rsidR="002340BA">
              <w:rPr>
                <w:rFonts w:ascii="TheSansOffice" w:hAnsi="TheSansOffice"/>
                <w:lang w:val="de-CH"/>
              </w:rPr>
              <w:t>Feedbackmethoden</w:t>
            </w:r>
          </w:p>
        </w:tc>
        <w:tc>
          <w:tcPr>
            <w:tcW w:w="4536" w:type="dxa"/>
          </w:tcPr>
          <w:p w14:paraId="59FDC44F" w14:textId="34C783DF" w:rsidR="0071225A" w:rsidRPr="007E6B91" w:rsidRDefault="00DA0337" w:rsidP="00C336A4">
            <w:pPr>
              <w:ind w:left="295" w:hanging="29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70467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340BA">
              <w:rPr>
                <w:rFonts w:ascii="TheSansOffice" w:hAnsi="TheSansOffice"/>
                <w:lang w:val="de-CH"/>
              </w:rPr>
              <w:t xml:space="preserve">Statistiken, Analysen und/oder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2340BA">
              <w:rPr>
                <w:rFonts w:ascii="TheSansOffice" w:hAnsi="TheSansOffice"/>
                <w:lang w:val="de-CH"/>
              </w:rPr>
              <w:t>Folgemassnahmen</w:t>
            </w:r>
          </w:p>
        </w:tc>
      </w:tr>
      <w:tr w:rsidR="0071225A" w:rsidRPr="00A470BF" w14:paraId="3FEF6B12" w14:textId="77777777" w:rsidTr="006468F1">
        <w:tc>
          <w:tcPr>
            <w:tcW w:w="4890" w:type="dxa"/>
          </w:tcPr>
          <w:p w14:paraId="5AC7B854" w14:textId="7486D508" w:rsidR="0071225A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255273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2340BA">
              <w:rPr>
                <w:rFonts w:ascii="TheSansOffice" w:hAnsi="TheSansOffice"/>
                <w:lang w:val="de-CH"/>
              </w:rPr>
              <w:t>Sitzungsprotokolle</w:t>
            </w:r>
          </w:p>
        </w:tc>
        <w:tc>
          <w:tcPr>
            <w:tcW w:w="4536" w:type="dxa"/>
          </w:tcPr>
          <w:p w14:paraId="3AF76521" w14:textId="63F7FA9C" w:rsidR="0071225A" w:rsidRPr="00A470BF" w:rsidRDefault="0071225A" w:rsidP="006468F1">
            <w:pPr>
              <w:rPr>
                <w:rFonts w:ascii="TheSansOffice" w:hAnsi="TheSansOffice"/>
                <w:lang w:val="de-CH"/>
              </w:rPr>
            </w:pPr>
          </w:p>
        </w:tc>
      </w:tr>
      <w:tr w:rsidR="0071225A" w:rsidRPr="007E6B91" w14:paraId="2659DA76" w14:textId="77777777" w:rsidTr="006468F1">
        <w:tc>
          <w:tcPr>
            <w:tcW w:w="9426" w:type="dxa"/>
            <w:gridSpan w:val="2"/>
          </w:tcPr>
          <w:p w14:paraId="6FAB2152" w14:textId="77777777" w:rsidR="0071225A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376682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25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1225A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2D8D71F7" w14:textId="2F06AF1B" w:rsidR="0071225A" w:rsidRPr="002E0F3E" w:rsidRDefault="002E0F3E" w:rsidP="002E0F3E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2C7EE77B" w14:textId="77777777" w:rsidR="00BB7663" w:rsidRDefault="00BB7663" w:rsidP="00BB7663">
      <w:pPr>
        <w:rPr>
          <w:rFonts w:ascii="TheSansOffice" w:hAnsi="TheSansOffice"/>
          <w:lang w:val="de-CH"/>
        </w:rPr>
      </w:pPr>
    </w:p>
    <w:p w14:paraId="04A10FAC" w14:textId="77777777" w:rsidR="00E1156D" w:rsidRDefault="00E1156D" w:rsidP="00BB7663">
      <w:pPr>
        <w:rPr>
          <w:rFonts w:ascii="TheSansOffice" w:hAnsi="TheSansOffice"/>
          <w:lang w:val="de-CH"/>
        </w:rPr>
      </w:pPr>
    </w:p>
    <w:p w14:paraId="49D096A0" w14:textId="352A8AFA" w:rsidR="00B01041" w:rsidRPr="007E6B91" w:rsidRDefault="00B01041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lastRenderedPageBreak/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j)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Lernumgebung und Infrastruktur</w:t>
      </w:r>
    </w:p>
    <w:p w14:paraId="622F5E1A" w14:textId="62CB8559" w:rsidR="00A011A0" w:rsidRDefault="00B01041" w:rsidP="00B01041">
      <w:pPr>
        <w:rPr>
          <w:rFonts w:ascii="TheSansOffice" w:hAnsi="TheSansOffice"/>
          <w:lang w:val="de-CH"/>
        </w:rPr>
      </w:pPr>
      <w:r w:rsidRPr="00B01041">
        <w:rPr>
          <w:rFonts w:ascii="TheSansOffice" w:hAnsi="TheSansOffice"/>
          <w:lang w:val="de-CH"/>
        </w:rPr>
        <w:t xml:space="preserve">Eine förderliche, sichere und funktional ausgestattete Lernumgebung sowie der verlässliche Zugang zu digitaler Infrastruktur bilden die Grundlage für konzentriertes, gesundes und zeitgemässes </w:t>
      </w:r>
      <w:r w:rsidR="00184DDA">
        <w:rPr>
          <w:rFonts w:ascii="TheSansOffice" w:hAnsi="TheSansOffice"/>
          <w:lang w:val="de-CH"/>
        </w:rPr>
        <w:br/>
      </w:r>
      <w:r w:rsidRPr="00B01041">
        <w:rPr>
          <w:rFonts w:ascii="TheSansOffice" w:hAnsi="TheSansOffice"/>
          <w:lang w:val="de-CH"/>
        </w:rPr>
        <w:t>Lernen.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B01041" w:rsidRPr="007E6B91" w14:paraId="40F49197" w14:textId="77777777" w:rsidTr="0099029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4E39ED73" w14:textId="77777777" w:rsidR="00B01041" w:rsidRPr="007E6B91" w:rsidRDefault="00B01041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F574519" w14:textId="77777777" w:rsidR="00B01041" w:rsidRPr="007E6B91" w:rsidRDefault="00B01041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72028E45" w14:textId="77777777" w:rsidR="00B01041" w:rsidRPr="007E6B91" w:rsidRDefault="00B01041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718E420" w14:textId="77777777" w:rsidR="00B01041" w:rsidRPr="007E6B91" w:rsidRDefault="00B01041" w:rsidP="0099029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B01041" w:rsidRPr="007E6B91" w14:paraId="6120A034" w14:textId="77777777" w:rsidTr="00990297">
        <w:trPr>
          <w:trHeight w:val="227"/>
        </w:trPr>
        <w:tc>
          <w:tcPr>
            <w:tcW w:w="6123" w:type="dxa"/>
          </w:tcPr>
          <w:p w14:paraId="01823243" w14:textId="6E99F2A1" w:rsidR="00B01041" w:rsidRPr="007E6B91" w:rsidRDefault="00B01041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Stellen Sie geeignete und sichere Kursräume zur Verfügung?</w:t>
            </w:r>
          </w:p>
        </w:tc>
        <w:tc>
          <w:tcPr>
            <w:tcW w:w="1117" w:type="dxa"/>
            <w:vAlign w:val="center"/>
          </w:tcPr>
          <w:p w14:paraId="7ACEF719" w14:textId="77777777" w:rsidR="00B01041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18866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0EA7437" w14:textId="77777777" w:rsidR="00B01041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88199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D794A34" w14:textId="77777777" w:rsidR="00B01041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430889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B01041" w:rsidRPr="007E6B91" w14:paraId="67F5B7AF" w14:textId="77777777" w:rsidTr="00990297">
        <w:trPr>
          <w:trHeight w:val="227"/>
        </w:trPr>
        <w:tc>
          <w:tcPr>
            <w:tcW w:w="6123" w:type="dxa"/>
          </w:tcPr>
          <w:p w14:paraId="3BAED9B6" w14:textId="064CE93F" w:rsidR="00B01041" w:rsidRPr="007E6B91" w:rsidRDefault="00B01041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Ist die technische und digitale Infrastruktur für den Unterricht ausreichend vorhanden?</w:t>
            </w:r>
          </w:p>
        </w:tc>
        <w:tc>
          <w:tcPr>
            <w:tcW w:w="1117" w:type="dxa"/>
            <w:vAlign w:val="center"/>
          </w:tcPr>
          <w:p w14:paraId="3DE2E765" w14:textId="77777777" w:rsidR="00B0104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736098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4D3E415" w14:textId="77777777" w:rsidR="00B0104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6452050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FE1E408" w14:textId="77777777" w:rsidR="00B0104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589742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68529239" w14:textId="77777777" w:rsidTr="00990297">
        <w:trPr>
          <w:trHeight w:val="227"/>
        </w:trPr>
        <w:tc>
          <w:tcPr>
            <w:tcW w:w="6123" w:type="dxa"/>
          </w:tcPr>
          <w:p w14:paraId="605DF67A" w14:textId="3B7ABAAF" w:rsidR="00320083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Gewährleisten Sie einen verlässlichen Zugang zu digitalen </w:t>
            </w:r>
            <w:r w:rsidR="0012340B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Angeboten?</w:t>
            </w:r>
          </w:p>
        </w:tc>
        <w:tc>
          <w:tcPr>
            <w:tcW w:w="1117" w:type="dxa"/>
            <w:vAlign w:val="center"/>
          </w:tcPr>
          <w:p w14:paraId="0FC59119" w14:textId="37C977A5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665328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95C1957" w14:textId="3B562D61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126858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D44ED5B" w14:textId="2B522EAC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995983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72F41119" w14:textId="77777777" w:rsidTr="00990297">
        <w:trPr>
          <w:trHeight w:val="227"/>
        </w:trPr>
        <w:tc>
          <w:tcPr>
            <w:tcW w:w="6123" w:type="dxa"/>
          </w:tcPr>
          <w:p w14:paraId="589497EE" w14:textId="6481304C" w:rsidR="00320083" w:rsidRPr="007E6B91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Thematisieren Sie den verantwortungsvollen Umgang mit Daten, Infrastruktur und Materialien?</w:t>
            </w:r>
          </w:p>
        </w:tc>
        <w:tc>
          <w:tcPr>
            <w:tcW w:w="1117" w:type="dxa"/>
            <w:vAlign w:val="center"/>
          </w:tcPr>
          <w:p w14:paraId="579559C1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833033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7A12838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617436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C909D6D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230135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789B8F03" w14:textId="77777777" w:rsidTr="00990297">
        <w:trPr>
          <w:trHeight w:val="227"/>
        </w:trPr>
        <w:tc>
          <w:tcPr>
            <w:tcW w:w="6123" w:type="dxa"/>
          </w:tcPr>
          <w:p w14:paraId="1840D642" w14:textId="2606FC82" w:rsidR="00320083" w:rsidRPr="007E6B91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Ermöglichen Sie barrierearme Zugänge zu Räumen und/oder </w:t>
            </w:r>
            <w:r w:rsidR="00990297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digitalen Angeboten?</w:t>
            </w:r>
          </w:p>
        </w:tc>
        <w:tc>
          <w:tcPr>
            <w:tcW w:w="1117" w:type="dxa"/>
            <w:vAlign w:val="center"/>
          </w:tcPr>
          <w:p w14:paraId="0A68644B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017187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1DC3B34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922722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8D82F4D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596433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21AEE700" w14:textId="77777777" w:rsidTr="00990297">
        <w:trPr>
          <w:trHeight w:val="227"/>
        </w:trPr>
        <w:tc>
          <w:tcPr>
            <w:tcW w:w="6123" w:type="dxa"/>
          </w:tcPr>
          <w:p w14:paraId="02CA5177" w14:textId="3FE22E2C" w:rsidR="00320083" w:rsidRPr="007E6B91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Regeln und kommunizieren Sie Sicherheits- und Datenschutzvorgaben, -massnahmen und -regeln?</w:t>
            </w:r>
          </w:p>
        </w:tc>
        <w:tc>
          <w:tcPr>
            <w:tcW w:w="1117" w:type="dxa"/>
            <w:vAlign w:val="center"/>
          </w:tcPr>
          <w:p w14:paraId="26A400F3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1155543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CC51F07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58320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1443B97" w14:textId="77777777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071955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5A839E29" w14:textId="77777777" w:rsidTr="00990297">
        <w:trPr>
          <w:trHeight w:val="227"/>
        </w:trPr>
        <w:tc>
          <w:tcPr>
            <w:tcW w:w="6123" w:type="dxa"/>
          </w:tcPr>
          <w:p w14:paraId="4DE0A7FE" w14:textId="0EEBE803" w:rsidR="00320083" w:rsidRPr="007E6B91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Informieren Sie Teilnehmende über Notfall- und Evakuationsverfahren</w:t>
            </w:r>
            <w:r w:rsidR="007925D6">
              <w:rPr>
                <w:rFonts w:ascii="TheSansOffice" w:hAnsi="TheSansOffice"/>
                <w:lang w:val="de-CH"/>
              </w:rPr>
              <w:t xml:space="preserve"> und/oder Meldestellen</w:t>
            </w:r>
            <w:r>
              <w:rPr>
                <w:rFonts w:ascii="TheSansOffice" w:hAnsi="TheSansOffice"/>
                <w:lang w:val="de-CH"/>
              </w:rPr>
              <w:t>?</w:t>
            </w:r>
          </w:p>
        </w:tc>
        <w:tc>
          <w:tcPr>
            <w:tcW w:w="1117" w:type="dxa"/>
            <w:vAlign w:val="center"/>
          </w:tcPr>
          <w:p w14:paraId="3E998F91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208183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42594C7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894687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0C96DBC" w14:textId="77777777" w:rsidR="00320083" w:rsidRPr="007E6B91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357948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7689D452" w14:textId="77777777" w:rsidTr="00990297">
        <w:trPr>
          <w:trHeight w:val="227"/>
        </w:trPr>
        <w:tc>
          <w:tcPr>
            <w:tcW w:w="6123" w:type="dxa"/>
          </w:tcPr>
          <w:p w14:paraId="589E90CA" w14:textId="10186576" w:rsidR="00320083" w:rsidRDefault="00320083" w:rsidP="0032008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Sorgen Sie für eine frühzeitig</w:t>
            </w:r>
            <w:r w:rsidR="006A7AA0">
              <w:rPr>
                <w:rFonts w:ascii="TheSansOffice" w:hAnsi="TheSansOffice"/>
                <w:lang w:val="de-CH"/>
              </w:rPr>
              <w:t>e</w:t>
            </w:r>
            <w:r>
              <w:rPr>
                <w:rFonts w:ascii="TheSansOffice" w:hAnsi="TheSansOffice"/>
                <w:lang w:val="de-CH"/>
              </w:rPr>
              <w:t xml:space="preserve"> Klärung von Konflikten und/oder Belastungssituationen?</w:t>
            </w:r>
          </w:p>
        </w:tc>
        <w:tc>
          <w:tcPr>
            <w:tcW w:w="1117" w:type="dxa"/>
            <w:vAlign w:val="center"/>
          </w:tcPr>
          <w:p w14:paraId="5625888C" w14:textId="5E9BCBBB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104428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8F443AA" w14:textId="19E3A884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92760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DD4C4AC" w14:textId="4DC492CA" w:rsidR="00320083" w:rsidRDefault="00DA0337" w:rsidP="0099029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559757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036148AC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553A540E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3A11D5FD" w14:textId="5984FD47" w:rsidR="00B01041" w:rsidRDefault="00B01041" w:rsidP="00B01041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862D70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186BABA3" w14:textId="77777777" w:rsidR="00320083" w:rsidRPr="006A7AA0" w:rsidRDefault="00320083" w:rsidP="00B01041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B01041" w:rsidRPr="00A470BF" w14:paraId="1F8C6686" w14:textId="77777777" w:rsidTr="006468F1">
        <w:tc>
          <w:tcPr>
            <w:tcW w:w="4890" w:type="dxa"/>
          </w:tcPr>
          <w:p w14:paraId="594B1251" w14:textId="2B74DD7B" w:rsidR="00B01041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605157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Raumkonzept und/oder Raumstandards</w:t>
            </w:r>
          </w:p>
        </w:tc>
        <w:tc>
          <w:tcPr>
            <w:tcW w:w="4536" w:type="dxa"/>
          </w:tcPr>
          <w:p w14:paraId="300A8B3D" w14:textId="1EEB8784" w:rsidR="00B01041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491366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Auflistung</w:t>
            </w:r>
            <w:r w:rsidR="007F7C4A">
              <w:rPr>
                <w:rFonts w:ascii="TheSansOffice" w:hAnsi="TheSansOffice"/>
                <w:lang w:val="de-CH"/>
              </w:rPr>
              <w:t>/Dokumentation</w:t>
            </w:r>
            <w:r w:rsidR="00320083">
              <w:rPr>
                <w:rFonts w:ascii="TheSansOffice" w:hAnsi="TheSansOffice"/>
                <w:lang w:val="de-CH"/>
              </w:rPr>
              <w:t xml:space="preserve"> Infrastruktur</w:t>
            </w:r>
            <w:r w:rsidR="00B01041">
              <w:rPr>
                <w:rFonts w:ascii="TheSansOffice" w:hAnsi="TheSansOffice"/>
                <w:lang w:val="de-CH"/>
              </w:rPr>
              <w:t xml:space="preserve"> </w:t>
            </w:r>
          </w:p>
        </w:tc>
      </w:tr>
      <w:tr w:rsidR="00B01041" w:rsidRPr="00B278B2" w14:paraId="5F25AFC5" w14:textId="77777777" w:rsidTr="006468F1">
        <w:tc>
          <w:tcPr>
            <w:tcW w:w="4890" w:type="dxa"/>
          </w:tcPr>
          <w:p w14:paraId="6845E178" w14:textId="0FC2640C" w:rsidR="00B01041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876818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Sicherheitskonzepte, -richtlinien, -pläne</w:t>
            </w:r>
          </w:p>
        </w:tc>
        <w:tc>
          <w:tcPr>
            <w:tcW w:w="4536" w:type="dxa"/>
          </w:tcPr>
          <w:p w14:paraId="5BE79AAC" w14:textId="6EEAEEA0" w:rsidR="00B01041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782422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Nachweise zum Datenschutz</w:t>
            </w:r>
          </w:p>
        </w:tc>
      </w:tr>
      <w:tr w:rsidR="00B01041" w:rsidRPr="00A470BF" w14:paraId="1ACA0EE9" w14:textId="77777777" w:rsidTr="006468F1">
        <w:tc>
          <w:tcPr>
            <w:tcW w:w="4890" w:type="dxa"/>
          </w:tcPr>
          <w:p w14:paraId="43D4F900" w14:textId="2629C7DC" w:rsidR="00B01041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272184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Nachweise zur Barrierefreiheit</w:t>
            </w:r>
          </w:p>
        </w:tc>
        <w:tc>
          <w:tcPr>
            <w:tcW w:w="4536" w:type="dxa"/>
          </w:tcPr>
          <w:p w14:paraId="5C614612" w14:textId="5D8EEE36" w:rsidR="00B01041" w:rsidRPr="00A470BF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997636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20083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20083">
              <w:rPr>
                <w:rFonts w:ascii="TheSansOffice" w:hAnsi="TheSansOffice"/>
                <w:lang w:val="de-CH"/>
              </w:rPr>
              <w:t>Organigramm, Notfallkontakte</w:t>
            </w:r>
          </w:p>
        </w:tc>
      </w:tr>
      <w:tr w:rsidR="00B01041" w:rsidRPr="007E6B91" w14:paraId="0195F60B" w14:textId="77777777" w:rsidTr="006468F1">
        <w:tc>
          <w:tcPr>
            <w:tcW w:w="9426" w:type="dxa"/>
            <w:gridSpan w:val="2"/>
          </w:tcPr>
          <w:p w14:paraId="54AAC979" w14:textId="77777777" w:rsidR="00B01041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074075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041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B01041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4A99992B" w14:textId="0655B77F" w:rsidR="00B01041" w:rsidRPr="002E0F3E" w:rsidRDefault="002E0F3E" w:rsidP="002E0F3E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64888665" w14:textId="4269DA71" w:rsidR="00320083" w:rsidRPr="007E6B91" w:rsidRDefault="00320083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k)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Qualifikation der Kursleitenden</w:t>
      </w:r>
    </w:p>
    <w:p w14:paraId="7C371FF2" w14:textId="581783F0" w:rsidR="00AB6FC4" w:rsidRPr="007E6B91" w:rsidRDefault="00320083" w:rsidP="00320083">
      <w:pPr>
        <w:rPr>
          <w:rFonts w:ascii="TheSansOffice" w:hAnsi="TheSansOffice"/>
          <w:lang w:val="de-CH"/>
        </w:rPr>
      </w:pPr>
      <w:r w:rsidRPr="00320083">
        <w:rPr>
          <w:rFonts w:ascii="TheSansOffice" w:hAnsi="TheSansOffice"/>
          <w:lang w:val="de-CH"/>
        </w:rPr>
        <w:t>Kursleitende verfügen über eine anerkannte Qualifikation in Erwachsenenbildung oder Sprachdidaktik sowie über methodisch-didaktische Kompetenzen und Praxiserfahrung im Unterricht mit heterogenen Lerngruppen.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320083" w:rsidRPr="007E6B91" w14:paraId="3FC6EB42" w14:textId="77777777" w:rsidTr="00862D70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53BE27F1" w14:textId="77777777" w:rsidR="00320083" w:rsidRPr="007E6B91" w:rsidRDefault="00320083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410F357F" w14:textId="77777777" w:rsidR="00320083" w:rsidRPr="007E6B91" w:rsidRDefault="00320083" w:rsidP="00862D7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7F842705" w14:textId="77777777" w:rsidR="00320083" w:rsidRPr="007E6B91" w:rsidRDefault="00320083" w:rsidP="00862D7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0BD9DB83" w14:textId="77777777" w:rsidR="00320083" w:rsidRPr="007E6B91" w:rsidRDefault="00320083" w:rsidP="00862D70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320083" w:rsidRPr="007E6B91" w14:paraId="72E0ABD5" w14:textId="77777777" w:rsidTr="00862D70">
        <w:trPr>
          <w:trHeight w:val="227"/>
        </w:trPr>
        <w:tc>
          <w:tcPr>
            <w:tcW w:w="6123" w:type="dxa"/>
          </w:tcPr>
          <w:p w14:paraId="4D3C256F" w14:textId="6A1188E0" w:rsidR="00320083" w:rsidRPr="007E6B91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Verfügen Ihre Kursleitenden über anerkannte, formelle Qualifikationen in der Erwachsenenbildung bzw. Sprachdidaktik?</w:t>
            </w:r>
          </w:p>
        </w:tc>
        <w:tc>
          <w:tcPr>
            <w:tcW w:w="1117" w:type="dxa"/>
            <w:vAlign w:val="center"/>
          </w:tcPr>
          <w:p w14:paraId="1774E0BA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815252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9DE0B65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658790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6681B00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139852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630B3CB5" w14:textId="77777777" w:rsidTr="00862D70">
        <w:trPr>
          <w:trHeight w:val="227"/>
        </w:trPr>
        <w:tc>
          <w:tcPr>
            <w:tcW w:w="6123" w:type="dxa"/>
          </w:tcPr>
          <w:p w14:paraId="302D0C9B" w14:textId="478033C1" w:rsidR="00320083" w:rsidRPr="007E6B91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Verfügen Ihre Kursleitenden über Erfahrung im Unterricht mit </w:t>
            </w:r>
            <w:r w:rsidR="00862D70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heterogenen Lerngruppen?</w:t>
            </w:r>
          </w:p>
        </w:tc>
        <w:tc>
          <w:tcPr>
            <w:tcW w:w="1117" w:type="dxa"/>
            <w:vAlign w:val="center"/>
          </w:tcPr>
          <w:p w14:paraId="4B496475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502750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99FC7A6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263722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1BB21C4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653256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7C7453DC" w14:textId="77777777" w:rsidTr="00862D70">
        <w:trPr>
          <w:trHeight w:val="227"/>
        </w:trPr>
        <w:tc>
          <w:tcPr>
            <w:tcW w:w="6123" w:type="dxa"/>
          </w:tcPr>
          <w:p w14:paraId="4124EA28" w14:textId="5913100C" w:rsidR="00320083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Unterstützen Sie neue Kursleitende durch systematisierte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Einführung und/oder Begleitung?</w:t>
            </w:r>
          </w:p>
        </w:tc>
        <w:tc>
          <w:tcPr>
            <w:tcW w:w="1117" w:type="dxa"/>
            <w:vAlign w:val="center"/>
          </w:tcPr>
          <w:p w14:paraId="4037EAC8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713284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C36C3DD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681177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C04BA85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107551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3B83784D" w14:textId="77777777" w:rsidTr="00862D70">
        <w:trPr>
          <w:trHeight w:val="227"/>
        </w:trPr>
        <w:tc>
          <w:tcPr>
            <w:tcW w:w="6123" w:type="dxa"/>
          </w:tcPr>
          <w:p w14:paraId="15C20D12" w14:textId="5472CE80" w:rsidR="00320083" w:rsidRPr="007E6B91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lastRenderedPageBreak/>
              <w:t>Ermöglichen Sie Weiterbildungen für Kursleitende und Mitarbeitende?</w:t>
            </w:r>
          </w:p>
        </w:tc>
        <w:tc>
          <w:tcPr>
            <w:tcW w:w="1117" w:type="dxa"/>
            <w:vAlign w:val="center"/>
          </w:tcPr>
          <w:p w14:paraId="507C1F9D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578870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4D5AD17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667565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45E2A24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600367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4D90D452" w14:textId="77777777" w:rsidTr="00862D70">
        <w:trPr>
          <w:trHeight w:val="227"/>
        </w:trPr>
        <w:tc>
          <w:tcPr>
            <w:tcW w:w="6123" w:type="dxa"/>
          </w:tcPr>
          <w:p w14:paraId="3DAAF7EA" w14:textId="1C4E4D08" w:rsidR="00320083" w:rsidRPr="007E6B91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Fördern Sie den fachlichen Austausch und die Reflexion der </w:t>
            </w:r>
            <w:r w:rsidR="00862D70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Unterrichtspraxis?</w:t>
            </w:r>
          </w:p>
        </w:tc>
        <w:tc>
          <w:tcPr>
            <w:tcW w:w="1117" w:type="dxa"/>
            <w:vAlign w:val="center"/>
          </w:tcPr>
          <w:p w14:paraId="62F5B2F5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820224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6DF50E0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664388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02E5C1E" w14:textId="77777777" w:rsidR="00320083" w:rsidRPr="007E6B91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933455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20083" w:rsidRPr="007E6B91" w14:paraId="05694085" w14:textId="77777777" w:rsidTr="00862D70">
        <w:trPr>
          <w:trHeight w:val="227"/>
        </w:trPr>
        <w:tc>
          <w:tcPr>
            <w:tcW w:w="6123" w:type="dxa"/>
          </w:tcPr>
          <w:p w14:paraId="482E3D6F" w14:textId="02EDDE30" w:rsidR="00320083" w:rsidRPr="007E6B91" w:rsidRDefault="00AB6FC4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Berücksichtigen Sie Mehrsprachigkeit und diverse kulturelle </w:t>
            </w:r>
            <w:r w:rsidR="00862D70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Perspektiven im Unterricht?</w:t>
            </w:r>
          </w:p>
        </w:tc>
        <w:tc>
          <w:tcPr>
            <w:tcW w:w="1117" w:type="dxa"/>
            <w:vAlign w:val="center"/>
          </w:tcPr>
          <w:p w14:paraId="30F79787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650949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57CE578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53835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37BF4C0" w14:textId="77777777" w:rsidR="00320083" w:rsidRDefault="00DA0337" w:rsidP="00862D70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662017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08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34954BA8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34566630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37A950A9" w14:textId="2C4BA69C" w:rsidR="00AB6FC4" w:rsidRDefault="00AB6FC4" w:rsidP="00AB6FC4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E33489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758839A2" w14:textId="77777777" w:rsidR="00AB6FC4" w:rsidRPr="006A7AA0" w:rsidRDefault="00AB6FC4" w:rsidP="00AB6FC4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AB6FC4" w:rsidRPr="00A470BF" w14:paraId="3BD803C8" w14:textId="77777777" w:rsidTr="006468F1">
        <w:tc>
          <w:tcPr>
            <w:tcW w:w="4890" w:type="dxa"/>
          </w:tcPr>
          <w:p w14:paraId="0617FEAE" w14:textId="456AA094" w:rsidR="00AB6FC4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678297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>
              <w:rPr>
                <w:rFonts w:ascii="TheSansOffice" w:hAnsi="TheSansOffice"/>
                <w:lang w:val="de-CH"/>
              </w:rPr>
              <w:t xml:space="preserve"> Stellen- und/oder Funktionsbeschreibungen</w:t>
            </w:r>
          </w:p>
        </w:tc>
        <w:tc>
          <w:tcPr>
            <w:tcW w:w="4536" w:type="dxa"/>
          </w:tcPr>
          <w:p w14:paraId="61921261" w14:textId="77A86495" w:rsidR="00AB6FC4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36395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B6FC4">
              <w:rPr>
                <w:rFonts w:ascii="TheSansOffice" w:hAnsi="TheSansOffice"/>
                <w:lang w:val="de-CH"/>
              </w:rPr>
              <w:t>Aus- und Weiterbildungsnachweise</w:t>
            </w:r>
          </w:p>
        </w:tc>
      </w:tr>
      <w:tr w:rsidR="00AB6FC4" w:rsidRPr="00184DDA" w14:paraId="716B6A6D" w14:textId="77777777" w:rsidTr="006468F1">
        <w:tc>
          <w:tcPr>
            <w:tcW w:w="4890" w:type="dxa"/>
          </w:tcPr>
          <w:p w14:paraId="6915E2C0" w14:textId="530FA120" w:rsidR="00AB6FC4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280027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B6FC4">
              <w:rPr>
                <w:rFonts w:ascii="TheSansOffice" w:hAnsi="TheSansOffice"/>
                <w:lang w:val="de-CH"/>
              </w:rPr>
              <w:t>Einführungskonzepte und/oder -protokolle</w:t>
            </w:r>
          </w:p>
        </w:tc>
        <w:tc>
          <w:tcPr>
            <w:tcW w:w="4536" w:type="dxa"/>
          </w:tcPr>
          <w:p w14:paraId="07A8CA74" w14:textId="56B2DF09" w:rsidR="00AB6FC4" w:rsidRPr="007E6B91" w:rsidRDefault="00DA0337" w:rsidP="00C336A4">
            <w:pPr>
              <w:ind w:left="295" w:hanging="29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37788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B6FC4">
              <w:rPr>
                <w:rFonts w:ascii="TheSansOffice" w:hAnsi="TheSansOffice"/>
                <w:lang w:val="de-CH"/>
              </w:rPr>
              <w:t xml:space="preserve">Übersicht interner und/oder externer </w:t>
            </w:r>
            <w:r w:rsidR="00E33489">
              <w:rPr>
                <w:rFonts w:ascii="TheSansOffice" w:hAnsi="TheSansOffice"/>
                <w:lang w:val="de-CH"/>
              </w:rPr>
              <w:br/>
            </w:r>
            <w:r w:rsidR="00AB6FC4">
              <w:rPr>
                <w:rFonts w:ascii="TheSansOffice" w:hAnsi="TheSansOffice"/>
                <w:lang w:val="de-CH"/>
              </w:rPr>
              <w:t>Weiterbildungen und Austauschgefässe</w:t>
            </w:r>
          </w:p>
        </w:tc>
      </w:tr>
      <w:tr w:rsidR="00AB6FC4" w:rsidRPr="00A470BF" w14:paraId="3D829DBE" w14:textId="77777777" w:rsidTr="006468F1">
        <w:tc>
          <w:tcPr>
            <w:tcW w:w="4890" w:type="dxa"/>
          </w:tcPr>
          <w:p w14:paraId="40DED0D5" w14:textId="3B58539A" w:rsidR="00AB6FC4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765532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AB6FC4">
              <w:rPr>
                <w:rFonts w:ascii="TheSansOffice" w:hAnsi="TheSansOffice"/>
                <w:lang w:val="de-CH"/>
              </w:rPr>
              <w:t>Hospitations-, Visitations-, Reflexionsberichte</w:t>
            </w:r>
          </w:p>
        </w:tc>
        <w:tc>
          <w:tcPr>
            <w:tcW w:w="4536" w:type="dxa"/>
          </w:tcPr>
          <w:p w14:paraId="3EFE5152" w14:textId="1C83FC32" w:rsidR="00AB6FC4" w:rsidRPr="00A470BF" w:rsidRDefault="00DA0337" w:rsidP="00C336A4">
            <w:pPr>
              <w:ind w:left="295" w:hanging="29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535106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AB6FC4">
              <w:rPr>
                <w:rFonts w:ascii="TheSansOffice" w:hAnsi="TheSansOffice"/>
                <w:lang w:val="de-CH"/>
              </w:rPr>
              <w:t>Unterrichtsmaterialien und/oder Lektionenplanungen</w:t>
            </w:r>
          </w:p>
        </w:tc>
      </w:tr>
      <w:tr w:rsidR="00AB6FC4" w:rsidRPr="007E6B91" w14:paraId="4430BCE4" w14:textId="77777777" w:rsidTr="006468F1">
        <w:tc>
          <w:tcPr>
            <w:tcW w:w="9426" w:type="dxa"/>
            <w:gridSpan w:val="2"/>
          </w:tcPr>
          <w:p w14:paraId="56EA4B87" w14:textId="77777777" w:rsidR="00AB6FC4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809868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FC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AB6FC4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5DCAB28D" w14:textId="340C7796" w:rsidR="00AB6FC4" w:rsidRPr="002E0F3E" w:rsidRDefault="002E0F3E" w:rsidP="002E0F3E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0E9F38EC" w14:textId="317A8433" w:rsidR="00FC3839" w:rsidRPr="007E6B91" w:rsidRDefault="00FC3839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l)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Personalentwicklung</w:t>
      </w:r>
    </w:p>
    <w:p w14:paraId="6B836446" w14:textId="60A46C24" w:rsidR="00FC3839" w:rsidRPr="007925D6" w:rsidRDefault="007925D6" w:rsidP="00FC3839">
      <w:pPr>
        <w:rPr>
          <w:rFonts w:ascii="TheSansOffice" w:hAnsi="TheSansOffice"/>
          <w:lang w:val="de-CH"/>
        </w:rPr>
      </w:pPr>
      <w:r w:rsidRPr="007925D6">
        <w:rPr>
          <w:rFonts w:ascii="TheSansOffice" w:hAnsi="TheSansOffice"/>
          <w:lang w:val="de-CH"/>
        </w:rPr>
        <w:t>Die Personalentwicklung fördert die kontinuierliche fachliche und professionelle Weiterentwicklung der Kursleitenden und stärkt eine reflektierte, kooperative und lernende Unterrichtspraxis.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FC3839" w:rsidRPr="007E6B91" w14:paraId="7770A434" w14:textId="77777777" w:rsidTr="00E33489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2AAAB4DC" w14:textId="77777777" w:rsidR="00FC3839" w:rsidRPr="007E6B91" w:rsidRDefault="00FC3839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71E93742" w14:textId="77777777" w:rsidR="00FC3839" w:rsidRPr="007E6B91" w:rsidRDefault="00FC3839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1AF9C8EE" w14:textId="77777777" w:rsidR="00FC3839" w:rsidRPr="007E6B91" w:rsidRDefault="00FC3839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7B9DFFF0" w14:textId="77777777" w:rsidR="00FC3839" w:rsidRPr="007E6B91" w:rsidRDefault="00FC3839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FC3839" w:rsidRPr="007E6B91" w14:paraId="12D68F45" w14:textId="77777777" w:rsidTr="00E33489">
        <w:trPr>
          <w:trHeight w:val="227"/>
        </w:trPr>
        <w:tc>
          <w:tcPr>
            <w:tcW w:w="6123" w:type="dxa"/>
          </w:tcPr>
          <w:p w14:paraId="37584F36" w14:textId="381DFB62" w:rsidR="00FC3839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Führen Sie regelmässige Standort- und/oder Entwicklungsgespräche mit Kursleitenden und Mitarbeitenden durch?</w:t>
            </w:r>
          </w:p>
        </w:tc>
        <w:tc>
          <w:tcPr>
            <w:tcW w:w="1117" w:type="dxa"/>
            <w:vAlign w:val="center"/>
          </w:tcPr>
          <w:p w14:paraId="51E388E2" w14:textId="77777777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44817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1071DC5" w14:textId="77777777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469709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90DD5FA" w14:textId="77777777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454199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FC3839" w:rsidRPr="007E6B91" w14:paraId="531A9468" w14:textId="77777777" w:rsidTr="00E33489">
        <w:trPr>
          <w:trHeight w:val="227"/>
        </w:trPr>
        <w:tc>
          <w:tcPr>
            <w:tcW w:w="6123" w:type="dxa"/>
          </w:tcPr>
          <w:p w14:paraId="4C430D6D" w14:textId="22A66E34" w:rsidR="00FC3839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Ermöglichen Sie fachliche Weiterbildung?</w:t>
            </w:r>
          </w:p>
        </w:tc>
        <w:tc>
          <w:tcPr>
            <w:tcW w:w="1117" w:type="dxa"/>
            <w:vAlign w:val="center"/>
          </w:tcPr>
          <w:p w14:paraId="4366F3C0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650485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FA1EED4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373195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254324D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758847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FC3839" w:rsidRPr="007E6B91" w14:paraId="639CFE68" w14:textId="77777777" w:rsidTr="00E33489">
        <w:trPr>
          <w:trHeight w:val="227"/>
        </w:trPr>
        <w:tc>
          <w:tcPr>
            <w:tcW w:w="6123" w:type="dxa"/>
          </w:tcPr>
          <w:p w14:paraId="3DBC2ADB" w14:textId="28E1C61D" w:rsidR="00FC3839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Unterstützen Sie Reflexion und Austausch zur Unterrichtspraxis?</w:t>
            </w:r>
          </w:p>
        </w:tc>
        <w:tc>
          <w:tcPr>
            <w:tcW w:w="1117" w:type="dxa"/>
            <w:vAlign w:val="center"/>
          </w:tcPr>
          <w:p w14:paraId="76C4DB90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216072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9281281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364929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15ACDFC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710506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FC3839" w:rsidRPr="007E6B91" w14:paraId="4CB0C0AC" w14:textId="77777777" w:rsidTr="00E33489">
        <w:trPr>
          <w:trHeight w:val="227"/>
        </w:trPr>
        <w:tc>
          <w:tcPr>
            <w:tcW w:w="6123" w:type="dxa"/>
          </w:tcPr>
          <w:p w14:paraId="18D8CF06" w14:textId="0B199C3D" w:rsidR="00FC3839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Fördern Sie die Zusammenarbeit und/oder gemeinsame Planung im Team?</w:t>
            </w:r>
          </w:p>
        </w:tc>
        <w:tc>
          <w:tcPr>
            <w:tcW w:w="1117" w:type="dxa"/>
            <w:vAlign w:val="center"/>
          </w:tcPr>
          <w:p w14:paraId="508ADA97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544960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9F0C2A5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544370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4683472" w14:textId="77777777" w:rsidR="00FC3839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638816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FC3839" w:rsidRPr="007E6B91" w14:paraId="2C507376" w14:textId="77777777" w:rsidTr="00E33489">
        <w:trPr>
          <w:trHeight w:val="227"/>
        </w:trPr>
        <w:tc>
          <w:tcPr>
            <w:tcW w:w="6123" w:type="dxa"/>
          </w:tcPr>
          <w:p w14:paraId="33DC565C" w14:textId="32BF40BB" w:rsidR="00FC3839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Ermöglichen sie die Erprobung neuer Unterrichtsformen oder </w:t>
            </w:r>
            <w:r w:rsidR="00A517C9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Lernarrangements?</w:t>
            </w:r>
          </w:p>
        </w:tc>
        <w:tc>
          <w:tcPr>
            <w:tcW w:w="1117" w:type="dxa"/>
            <w:vAlign w:val="center"/>
          </w:tcPr>
          <w:p w14:paraId="26E9D307" w14:textId="31CE5833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807066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489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3517195" w14:textId="77777777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736969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67F4A42" w14:textId="77777777" w:rsidR="00FC3839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177614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839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006C300C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6BCEC6ED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495A8F8B" w14:textId="0CA681A5" w:rsidR="007925D6" w:rsidRDefault="007925D6" w:rsidP="007925D6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E33489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32419353" w14:textId="77777777" w:rsidR="007925D6" w:rsidRPr="006A7AA0" w:rsidRDefault="007925D6" w:rsidP="007925D6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7925D6" w:rsidRPr="00A470BF" w14:paraId="30A3FC5D" w14:textId="77777777" w:rsidTr="006468F1">
        <w:tc>
          <w:tcPr>
            <w:tcW w:w="4890" w:type="dxa"/>
          </w:tcPr>
          <w:p w14:paraId="18BDAA1A" w14:textId="2B9A123E" w:rsidR="007925D6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822411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>
              <w:rPr>
                <w:rFonts w:ascii="TheSansOffice" w:hAnsi="TheSansOffice"/>
                <w:lang w:val="de-CH"/>
              </w:rPr>
              <w:t xml:space="preserve"> Dokumentation von Gesprächen</w:t>
            </w:r>
          </w:p>
        </w:tc>
        <w:tc>
          <w:tcPr>
            <w:tcW w:w="4536" w:type="dxa"/>
          </w:tcPr>
          <w:p w14:paraId="3F335DD8" w14:textId="25FFE49E" w:rsidR="007925D6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907187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925D6">
              <w:rPr>
                <w:rFonts w:ascii="TheSansOffice" w:hAnsi="TheSansOffice"/>
                <w:lang w:val="de-CH"/>
              </w:rPr>
              <w:t>Nachweise und/oder Protokolle</w:t>
            </w:r>
          </w:p>
        </w:tc>
      </w:tr>
      <w:tr w:rsidR="007925D6" w:rsidRPr="00184DDA" w14:paraId="58D74CC2" w14:textId="77777777" w:rsidTr="006468F1">
        <w:tc>
          <w:tcPr>
            <w:tcW w:w="4890" w:type="dxa"/>
          </w:tcPr>
          <w:p w14:paraId="1E154DE9" w14:textId="4D047295" w:rsidR="007925D6" w:rsidRPr="007E6B91" w:rsidRDefault="00DA0337" w:rsidP="00C336A4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873724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925D6">
              <w:rPr>
                <w:rFonts w:ascii="TheSansOffice" w:hAnsi="TheSansOffice"/>
                <w:lang w:val="de-CH"/>
              </w:rPr>
              <w:t>Unterlagen zu Pilotprojekten und/oder neue</w:t>
            </w:r>
            <w:r w:rsidR="006A7AA0">
              <w:rPr>
                <w:rFonts w:ascii="TheSansOffice" w:hAnsi="TheSansOffice"/>
                <w:lang w:val="de-CH"/>
              </w:rPr>
              <w:t>n</w:t>
            </w:r>
            <w:r w:rsidR="007925D6">
              <w:rPr>
                <w:rFonts w:ascii="TheSansOffice" w:hAnsi="TheSansOffice"/>
                <w:lang w:val="de-CH"/>
              </w:rPr>
              <w:t xml:space="preserve"> Lernarrangements</w:t>
            </w:r>
          </w:p>
        </w:tc>
        <w:tc>
          <w:tcPr>
            <w:tcW w:w="4536" w:type="dxa"/>
          </w:tcPr>
          <w:p w14:paraId="325A9A1E" w14:textId="6AC84CBD" w:rsidR="007925D6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181926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925D6">
              <w:rPr>
                <w:rFonts w:ascii="TheSansOffice" w:hAnsi="TheSansOffice"/>
                <w:lang w:val="de-CH"/>
              </w:rPr>
              <w:t xml:space="preserve">Übersicht interner und/oder externer </w:t>
            </w:r>
            <w:r w:rsidR="00E33489">
              <w:rPr>
                <w:rFonts w:ascii="TheSansOffice" w:hAnsi="TheSansOffice"/>
                <w:lang w:val="de-CH"/>
              </w:rPr>
              <w:br/>
            </w:r>
            <w:r w:rsidR="007925D6">
              <w:rPr>
                <w:rFonts w:ascii="TheSansOffice" w:hAnsi="TheSansOffice"/>
                <w:lang w:val="de-CH"/>
              </w:rPr>
              <w:t>Weiterbildungen und Austauschgefässe</w:t>
            </w:r>
          </w:p>
        </w:tc>
      </w:tr>
      <w:tr w:rsidR="007925D6" w:rsidRPr="00A470BF" w14:paraId="1398CEC5" w14:textId="77777777" w:rsidTr="006468F1">
        <w:tc>
          <w:tcPr>
            <w:tcW w:w="4890" w:type="dxa"/>
          </w:tcPr>
          <w:p w14:paraId="56A8A2D7" w14:textId="71C29582" w:rsidR="007925D6" w:rsidRPr="007E6B91" w:rsidRDefault="00DA0337" w:rsidP="00C336A4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538560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7925D6">
              <w:rPr>
                <w:rFonts w:ascii="TheSansOffice" w:hAnsi="TheSansOffice"/>
                <w:lang w:val="de-CH"/>
              </w:rPr>
              <w:t xml:space="preserve">Personalentwicklungsplan und/oder Auszüge aus </w:t>
            </w:r>
            <w:r w:rsidR="006A7AA0">
              <w:rPr>
                <w:rFonts w:ascii="TheSansOffice" w:hAnsi="TheSansOffice"/>
                <w:lang w:val="de-CH"/>
              </w:rPr>
              <w:t xml:space="preserve">dem </w:t>
            </w:r>
            <w:r w:rsidR="007925D6">
              <w:rPr>
                <w:rFonts w:ascii="TheSansOffice" w:hAnsi="TheSansOffice"/>
                <w:lang w:val="de-CH"/>
              </w:rPr>
              <w:t>Personalregle</w:t>
            </w:r>
            <w:r w:rsidR="00263D1F">
              <w:rPr>
                <w:rFonts w:ascii="TheSansOffice" w:hAnsi="TheSansOffice"/>
                <w:lang w:val="de-CH"/>
              </w:rPr>
              <w:t>me</w:t>
            </w:r>
            <w:r w:rsidR="007925D6">
              <w:rPr>
                <w:rFonts w:ascii="TheSansOffice" w:hAnsi="TheSansOffice"/>
                <w:lang w:val="de-CH"/>
              </w:rPr>
              <w:t>nt</w:t>
            </w:r>
          </w:p>
        </w:tc>
        <w:tc>
          <w:tcPr>
            <w:tcW w:w="4536" w:type="dxa"/>
          </w:tcPr>
          <w:p w14:paraId="1E7BEF52" w14:textId="2440BB6F" w:rsidR="007925D6" w:rsidRPr="00A470BF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463043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925D6">
              <w:rPr>
                <w:rFonts w:ascii="TheSansOffice" w:hAnsi="TheSansOffice"/>
                <w:lang w:val="de-CH"/>
              </w:rPr>
              <w:t>Weiterbildungsnachweise</w:t>
            </w:r>
          </w:p>
        </w:tc>
      </w:tr>
      <w:tr w:rsidR="007925D6" w:rsidRPr="007E6B91" w14:paraId="04AB9BCD" w14:textId="77777777" w:rsidTr="006468F1">
        <w:tc>
          <w:tcPr>
            <w:tcW w:w="9426" w:type="dxa"/>
            <w:gridSpan w:val="2"/>
          </w:tcPr>
          <w:p w14:paraId="684114F6" w14:textId="77777777" w:rsidR="007925D6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8772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925D6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650179D4" w14:textId="49DC6413" w:rsidR="007925D6" w:rsidRPr="007E6B91" w:rsidRDefault="002E0F3E" w:rsidP="002E0F3E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4C92B136" w14:textId="44794437" w:rsidR="007925D6" w:rsidRPr="007E6B91" w:rsidRDefault="007925D6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lastRenderedPageBreak/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m)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Kooperation und Systemsteuerung</w:t>
      </w:r>
    </w:p>
    <w:p w14:paraId="32A54919" w14:textId="2134D889" w:rsidR="007925D6" w:rsidRDefault="007925D6" w:rsidP="007925D6">
      <w:pPr>
        <w:rPr>
          <w:rFonts w:ascii="TheSansOffice" w:hAnsi="TheSansOffice"/>
          <w:lang w:val="de-CH"/>
        </w:rPr>
      </w:pPr>
      <w:r w:rsidRPr="007925D6">
        <w:rPr>
          <w:rFonts w:ascii="TheSansOffice" w:hAnsi="TheSansOffice"/>
          <w:lang w:val="de-CH"/>
        </w:rPr>
        <w:t xml:space="preserve">Kooperation mit der kantonalen Fachstelle sowie klare Rollen, Zuständigkeiten und verlässliche </w:t>
      </w:r>
      <w:r w:rsidR="00E33489">
        <w:rPr>
          <w:rFonts w:ascii="TheSansOffice" w:hAnsi="TheSansOffice"/>
          <w:lang w:val="de-CH"/>
        </w:rPr>
        <w:br/>
      </w:r>
      <w:r w:rsidRPr="007925D6">
        <w:rPr>
          <w:rFonts w:ascii="TheSansOffice" w:hAnsi="TheSansOffice"/>
          <w:lang w:val="de-CH"/>
        </w:rPr>
        <w:t>Berichter</w:t>
      </w:r>
      <w:r>
        <w:rPr>
          <w:rFonts w:ascii="TheSansOffice" w:hAnsi="TheSansOffice"/>
          <w:lang w:val="de-CH"/>
        </w:rPr>
        <w:t>s</w:t>
      </w:r>
      <w:r w:rsidRPr="007925D6">
        <w:rPr>
          <w:rFonts w:ascii="TheSansOffice" w:hAnsi="TheSansOffice"/>
          <w:lang w:val="de-CH"/>
        </w:rPr>
        <w:t>tattung ermöglichen eine koordinierte Steuerung der Sprachförderung und sichern die Qualität der Angebote.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7925D6" w:rsidRPr="007E6B91" w14:paraId="6194877E" w14:textId="77777777" w:rsidTr="00E33489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09F21947" w14:textId="77777777" w:rsidR="007925D6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27C0806D" w14:textId="77777777" w:rsidR="007925D6" w:rsidRPr="007E6B91" w:rsidRDefault="007925D6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1F0BA1F4" w14:textId="77777777" w:rsidR="007925D6" w:rsidRPr="007E6B91" w:rsidRDefault="007925D6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C50C4A4" w14:textId="77777777" w:rsidR="007925D6" w:rsidRPr="007E6B91" w:rsidRDefault="007925D6" w:rsidP="00E33489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7925D6" w:rsidRPr="007E6B91" w14:paraId="62038B82" w14:textId="77777777" w:rsidTr="00E33489">
        <w:trPr>
          <w:trHeight w:val="227"/>
        </w:trPr>
        <w:tc>
          <w:tcPr>
            <w:tcW w:w="6123" w:type="dxa"/>
          </w:tcPr>
          <w:p w14:paraId="1A1EC44B" w14:textId="62461D6E" w:rsidR="007925D6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Nehmen Sie an Aus</w:t>
            </w:r>
            <w:r w:rsidR="007F7C4A">
              <w:rPr>
                <w:rFonts w:ascii="TheSansOffice" w:hAnsi="TheSansOffice"/>
                <w:lang w:val="de-CH"/>
              </w:rPr>
              <w:t>tausch</w:t>
            </w:r>
            <w:r>
              <w:rPr>
                <w:rFonts w:ascii="TheSansOffice" w:hAnsi="TheSansOffice"/>
                <w:lang w:val="de-CH"/>
              </w:rPr>
              <w:t>- und/oder Koordinationsgefässen teil?</w:t>
            </w:r>
          </w:p>
        </w:tc>
        <w:tc>
          <w:tcPr>
            <w:tcW w:w="1117" w:type="dxa"/>
            <w:vAlign w:val="center"/>
          </w:tcPr>
          <w:p w14:paraId="295D2AB8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300729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63C9488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962314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D1B0E62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241757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925D6" w:rsidRPr="007E6B91" w14:paraId="195A0782" w14:textId="77777777" w:rsidTr="00E33489">
        <w:trPr>
          <w:trHeight w:val="227"/>
        </w:trPr>
        <w:tc>
          <w:tcPr>
            <w:tcW w:w="6123" w:type="dxa"/>
          </w:tcPr>
          <w:p w14:paraId="3D0BE620" w14:textId="40F2F32C" w:rsidR="007925D6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Setzen Sie vereinbarte Qualitätsstandards und organisatorische Vorgaben um?</w:t>
            </w:r>
          </w:p>
        </w:tc>
        <w:tc>
          <w:tcPr>
            <w:tcW w:w="1117" w:type="dxa"/>
            <w:vAlign w:val="center"/>
          </w:tcPr>
          <w:p w14:paraId="0C8822AF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577067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DA74ADF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306507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5F028CC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904558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925D6" w:rsidRPr="007E6B91" w14:paraId="3735778D" w14:textId="77777777" w:rsidTr="00E33489">
        <w:trPr>
          <w:trHeight w:val="227"/>
        </w:trPr>
        <w:tc>
          <w:tcPr>
            <w:tcW w:w="6123" w:type="dxa"/>
          </w:tcPr>
          <w:p w14:paraId="2DDEC132" w14:textId="237EC43F" w:rsidR="007925D6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Erfassen und übermitteln Sie erforderliche Daten und Berichte fristgerecht?</w:t>
            </w:r>
          </w:p>
        </w:tc>
        <w:tc>
          <w:tcPr>
            <w:tcW w:w="1117" w:type="dxa"/>
            <w:vAlign w:val="center"/>
          </w:tcPr>
          <w:p w14:paraId="55A67321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591129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D9B9C44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413768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5C6D065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874335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925D6" w:rsidRPr="007E6B91" w14:paraId="29B9C11C" w14:textId="77777777" w:rsidTr="00E33489">
        <w:trPr>
          <w:trHeight w:val="227"/>
        </w:trPr>
        <w:tc>
          <w:tcPr>
            <w:tcW w:w="6123" w:type="dxa"/>
          </w:tcPr>
          <w:p w14:paraId="1938334B" w14:textId="093086F0" w:rsidR="007925D6" w:rsidRPr="007E6B91" w:rsidRDefault="007925D6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Sind Rollen und Zuständigkeiten innerhalb Ihrer Organisation transparent geregelt?</w:t>
            </w:r>
          </w:p>
        </w:tc>
        <w:tc>
          <w:tcPr>
            <w:tcW w:w="1117" w:type="dxa"/>
            <w:vAlign w:val="center"/>
          </w:tcPr>
          <w:p w14:paraId="1C147A46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334471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8A3817B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04010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3AB326A" w14:textId="77777777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163360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925D6" w:rsidRPr="007E6B91" w14:paraId="5FD38151" w14:textId="77777777" w:rsidTr="00E33489">
        <w:trPr>
          <w:trHeight w:val="227"/>
        </w:trPr>
        <w:tc>
          <w:tcPr>
            <w:tcW w:w="6123" w:type="dxa"/>
          </w:tcPr>
          <w:p w14:paraId="3D8DEF23" w14:textId="36E3F175" w:rsidR="007925D6" w:rsidRPr="007E6B91" w:rsidRDefault="00775C7A" w:rsidP="007925D6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Arbeiten Sie mit kantonalen Stellen oder andere</w:t>
            </w:r>
            <w:r w:rsidR="007F7C4A">
              <w:rPr>
                <w:rFonts w:ascii="TheSansOffice" w:hAnsi="TheSansOffice"/>
                <w:lang w:val="de-CH"/>
              </w:rPr>
              <w:t>n</w:t>
            </w:r>
            <w:r>
              <w:rPr>
                <w:rFonts w:ascii="TheSansOffice" w:hAnsi="TheSansOffice"/>
                <w:lang w:val="de-CH"/>
              </w:rPr>
              <w:t xml:space="preserve"> Institutionen zusammen?</w:t>
            </w:r>
          </w:p>
        </w:tc>
        <w:tc>
          <w:tcPr>
            <w:tcW w:w="1117" w:type="dxa"/>
            <w:vAlign w:val="center"/>
          </w:tcPr>
          <w:p w14:paraId="091BEA0F" w14:textId="6F8731CC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185570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EEEFAD9" w14:textId="308E5C3E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297333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11A0F8F" w14:textId="6075772F" w:rsidR="007925D6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188439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925D6" w:rsidRPr="007E6B91" w14:paraId="1E95ACE7" w14:textId="77777777" w:rsidTr="00E33489">
        <w:trPr>
          <w:trHeight w:val="227"/>
        </w:trPr>
        <w:tc>
          <w:tcPr>
            <w:tcW w:w="6123" w:type="dxa"/>
          </w:tcPr>
          <w:p w14:paraId="56321647" w14:textId="747B4EAF" w:rsidR="007925D6" w:rsidRPr="007E6B91" w:rsidRDefault="00775C7A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Unterstützen Sie Übergänge in Anschlussangebote bzw. weiterführende </w:t>
            </w:r>
            <w:r w:rsidR="00B233AA" w:rsidRPr="00B233AA">
              <w:rPr>
                <w:rFonts w:ascii="TheSansOffice" w:hAnsi="TheSansOffice"/>
                <w:lang w:val="de-CH"/>
              </w:rPr>
              <w:t>Angebote, Bildung oder Beschäftigung</w:t>
            </w:r>
            <w:r>
              <w:rPr>
                <w:rFonts w:ascii="TheSansOffice" w:hAnsi="TheSansOffice"/>
                <w:lang w:val="de-CH"/>
              </w:rPr>
              <w:t>?</w:t>
            </w:r>
          </w:p>
        </w:tc>
        <w:tc>
          <w:tcPr>
            <w:tcW w:w="1117" w:type="dxa"/>
            <w:vAlign w:val="center"/>
          </w:tcPr>
          <w:p w14:paraId="5A8D8A18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138940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2F78E91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120821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E250DF7" w14:textId="77777777" w:rsidR="007925D6" w:rsidRPr="007E6B91" w:rsidRDefault="00DA0337" w:rsidP="00E33489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1339840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25D6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3E1B7CB2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28C0866C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59BFE659" w14:textId="69847FA1" w:rsidR="00263D1F" w:rsidRDefault="00263D1F" w:rsidP="00263D1F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E33489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31F4BBED" w14:textId="77777777" w:rsidR="00263D1F" w:rsidRPr="00716B0B" w:rsidRDefault="00263D1F" w:rsidP="00263D1F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263D1F" w:rsidRPr="00184DDA" w14:paraId="6FD9EC60" w14:textId="77777777" w:rsidTr="006468F1">
        <w:tc>
          <w:tcPr>
            <w:tcW w:w="4890" w:type="dxa"/>
          </w:tcPr>
          <w:p w14:paraId="14DA338A" w14:textId="12EC0BF9" w:rsidR="00263D1F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192449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>
              <w:rPr>
                <w:rFonts w:ascii="TheSansOffice" w:hAnsi="TheSansOffice"/>
                <w:lang w:val="de-CH"/>
              </w:rPr>
              <w:t xml:space="preserve"> Teilnahmebestätigungen</w:t>
            </w:r>
          </w:p>
        </w:tc>
        <w:tc>
          <w:tcPr>
            <w:tcW w:w="4536" w:type="dxa"/>
          </w:tcPr>
          <w:p w14:paraId="11F7F0B4" w14:textId="65FDEA51" w:rsidR="00263D1F" w:rsidRPr="007E6B91" w:rsidRDefault="00DA0337" w:rsidP="00C8223E">
            <w:pPr>
              <w:ind w:left="295" w:hanging="29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846854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63D1F">
              <w:rPr>
                <w:rFonts w:ascii="TheSansOffice" w:hAnsi="TheSansOffice"/>
                <w:lang w:val="de-CH"/>
              </w:rPr>
              <w:t xml:space="preserve">Eingebrachte Beiträge und/oder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263D1F">
              <w:rPr>
                <w:rFonts w:ascii="TheSansOffice" w:hAnsi="TheSansOffice"/>
                <w:lang w:val="de-CH"/>
              </w:rPr>
              <w:t>Präsentationen</w:t>
            </w:r>
          </w:p>
        </w:tc>
      </w:tr>
      <w:tr w:rsidR="00263D1F" w:rsidRPr="00B278B2" w14:paraId="57ADB5C7" w14:textId="77777777" w:rsidTr="006468F1">
        <w:tc>
          <w:tcPr>
            <w:tcW w:w="4890" w:type="dxa"/>
          </w:tcPr>
          <w:p w14:paraId="164E078D" w14:textId="6EA889AB" w:rsidR="00263D1F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542717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63D1F">
              <w:rPr>
                <w:rFonts w:ascii="TheSansOffice" w:hAnsi="TheSansOffice"/>
                <w:lang w:val="de-CH"/>
              </w:rPr>
              <w:t>Interne Qualitätsrichtlinien</w:t>
            </w:r>
          </w:p>
        </w:tc>
        <w:tc>
          <w:tcPr>
            <w:tcW w:w="4536" w:type="dxa"/>
          </w:tcPr>
          <w:p w14:paraId="4A847C9F" w14:textId="52BAE3BB" w:rsidR="00263D1F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630048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63D1F">
              <w:rPr>
                <w:rFonts w:ascii="TheSansOffice" w:hAnsi="TheSansOffice"/>
                <w:lang w:val="de-CH"/>
              </w:rPr>
              <w:t>Berichte</w:t>
            </w:r>
          </w:p>
        </w:tc>
      </w:tr>
      <w:tr w:rsidR="00263D1F" w:rsidRPr="00A470BF" w14:paraId="4F4C3144" w14:textId="77777777" w:rsidTr="006468F1">
        <w:tc>
          <w:tcPr>
            <w:tcW w:w="4890" w:type="dxa"/>
          </w:tcPr>
          <w:p w14:paraId="3E238137" w14:textId="70109C39" w:rsidR="00263D1F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744804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263D1F">
              <w:rPr>
                <w:rFonts w:ascii="TheSansOffice" w:hAnsi="TheSansOffice"/>
                <w:lang w:val="de-CH"/>
              </w:rPr>
              <w:t>Datenerhebungen, Statistiken</w:t>
            </w:r>
          </w:p>
        </w:tc>
        <w:tc>
          <w:tcPr>
            <w:tcW w:w="4536" w:type="dxa"/>
          </w:tcPr>
          <w:p w14:paraId="7320E05C" w14:textId="0DDFD33A" w:rsidR="00263D1F" w:rsidRPr="00A470BF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196158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263D1F">
              <w:rPr>
                <w:rFonts w:ascii="TheSansOffice" w:hAnsi="TheSansOffice"/>
                <w:lang w:val="de-CH"/>
              </w:rPr>
              <w:t>Organigramm, Funktionsbeschriebe</w:t>
            </w:r>
          </w:p>
        </w:tc>
      </w:tr>
      <w:tr w:rsidR="00263D1F" w:rsidRPr="007E6B91" w14:paraId="2D29354B" w14:textId="77777777" w:rsidTr="006468F1">
        <w:tc>
          <w:tcPr>
            <w:tcW w:w="9426" w:type="dxa"/>
            <w:gridSpan w:val="2"/>
          </w:tcPr>
          <w:p w14:paraId="390AE3AE" w14:textId="77777777" w:rsidR="00263D1F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200668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1F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263D1F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7F925DE6" w14:textId="29B76E99" w:rsidR="00263D1F" w:rsidRPr="007E6B91" w:rsidRDefault="002E0F3E" w:rsidP="002E0F3E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02AD6821" w14:textId="1109E670" w:rsidR="007215EB" w:rsidRPr="007E6B91" w:rsidRDefault="007215EB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n)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Finanzierung und Leistungsvereinbarung</w:t>
      </w:r>
    </w:p>
    <w:p w14:paraId="51805E07" w14:textId="1931E2FF" w:rsidR="007215EB" w:rsidRDefault="007215EB" w:rsidP="007215EB">
      <w:pPr>
        <w:rPr>
          <w:rFonts w:ascii="TheSansOffice" w:hAnsi="TheSansOffice"/>
          <w:lang w:val="de-CH"/>
        </w:rPr>
      </w:pPr>
      <w:r w:rsidRPr="007215EB">
        <w:rPr>
          <w:rFonts w:ascii="TheSansOffice" w:hAnsi="TheSansOffice"/>
          <w:lang w:val="de-CH"/>
        </w:rPr>
        <w:t xml:space="preserve">Klare Qualitätsziele, transparente Leistungsvereinbarungen und stabile Rahmenbedingungen </w:t>
      </w:r>
      <w:r w:rsidR="00D33F46">
        <w:rPr>
          <w:rFonts w:ascii="TheSansOffice" w:hAnsi="TheSansOffice"/>
          <w:lang w:val="de-CH"/>
        </w:rPr>
        <w:br/>
      </w:r>
      <w:r w:rsidRPr="007215EB">
        <w:rPr>
          <w:rFonts w:ascii="TheSansOffice" w:hAnsi="TheSansOffice"/>
          <w:lang w:val="de-CH"/>
        </w:rPr>
        <w:t>ermöglichen eine verlässliche Planung und Umsetzung qualitativ hochwertiger Sprachförderung.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7215EB" w:rsidRPr="007E6B91" w14:paraId="71C107B1" w14:textId="77777777" w:rsidTr="00F26116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44A41A8C" w14:textId="77777777" w:rsidR="007215EB" w:rsidRPr="007E6B91" w:rsidRDefault="007215EB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69B3BD5" w14:textId="77777777" w:rsidR="007215EB" w:rsidRPr="007E6B91" w:rsidRDefault="007215EB" w:rsidP="00F26116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6C534573" w14:textId="77777777" w:rsidR="007215EB" w:rsidRPr="007E6B91" w:rsidRDefault="007215EB" w:rsidP="00F26116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519C3C45" w14:textId="77777777" w:rsidR="007215EB" w:rsidRPr="007E6B91" w:rsidRDefault="007215EB" w:rsidP="00F26116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7215EB" w:rsidRPr="007E6B91" w14:paraId="748EBAB8" w14:textId="77777777" w:rsidTr="00F26116">
        <w:trPr>
          <w:trHeight w:val="227"/>
        </w:trPr>
        <w:tc>
          <w:tcPr>
            <w:tcW w:w="6123" w:type="dxa"/>
          </w:tcPr>
          <w:p w14:paraId="15510F55" w14:textId="33D6C2F8" w:rsidR="007215EB" w:rsidRPr="007E6B91" w:rsidRDefault="007215EB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Richten Sie Ihre internen Prozesse und/oder</w:t>
            </w:r>
            <w:r w:rsidR="00756BAB">
              <w:rPr>
                <w:rFonts w:ascii="TheSansOffice" w:hAnsi="TheSansOffice"/>
                <w:lang w:val="de-CH"/>
              </w:rPr>
              <w:t xml:space="preserve"> </w:t>
            </w:r>
            <w:r>
              <w:rPr>
                <w:rFonts w:ascii="TheSansOffice" w:hAnsi="TheSansOffice"/>
                <w:lang w:val="de-CH"/>
              </w:rPr>
              <w:t>Angebote an den vereinbarten Qualitätszielen aus?</w:t>
            </w:r>
          </w:p>
        </w:tc>
        <w:tc>
          <w:tcPr>
            <w:tcW w:w="1117" w:type="dxa"/>
            <w:vAlign w:val="center"/>
          </w:tcPr>
          <w:p w14:paraId="61C5F76F" w14:textId="77777777" w:rsidR="007215EB" w:rsidRPr="007E6B91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055992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2B24913" w14:textId="77777777" w:rsidR="007215EB" w:rsidRPr="007E6B91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392148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CAA1906" w14:textId="77777777" w:rsidR="007215EB" w:rsidRPr="007E6B91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340173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5EB" w:rsidRPr="007E6B91" w14:paraId="1BA1482A" w14:textId="77777777" w:rsidTr="00F26116">
        <w:trPr>
          <w:trHeight w:val="227"/>
        </w:trPr>
        <w:tc>
          <w:tcPr>
            <w:tcW w:w="6123" w:type="dxa"/>
          </w:tcPr>
          <w:p w14:paraId="229E16E1" w14:textId="778C8CAE" w:rsidR="007215EB" w:rsidRPr="007E6B91" w:rsidRDefault="007215EB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Erfassen und/oder analysieren Sie relevante Daten und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Entwicklungen?</w:t>
            </w:r>
          </w:p>
        </w:tc>
        <w:tc>
          <w:tcPr>
            <w:tcW w:w="1117" w:type="dxa"/>
            <w:vAlign w:val="center"/>
          </w:tcPr>
          <w:p w14:paraId="25E06B9D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325986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D8D3084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88214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C8B0090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279149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5EB" w:rsidRPr="007E6B91" w14:paraId="61AF118B" w14:textId="77777777" w:rsidTr="00F26116">
        <w:trPr>
          <w:trHeight w:val="227"/>
        </w:trPr>
        <w:tc>
          <w:tcPr>
            <w:tcW w:w="6123" w:type="dxa"/>
          </w:tcPr>
          <w:p w14:paraId="155A4169" w14:textId="7EED4810" w:rsidR="007215EB" w:rsidRDefault="007215EB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Planen Sie ausreichende Ressourcen für Personal, Infrastruktur und Organisation ein?</w:t>
            </w:r>
          </w:p>
        </w:tc>
        <w:tc>
          <w:tcPr>
            <w:tcW w:w="1117" w:type="dxa"/>
            <w:vAlign w:val="center"/>
          </w:tcPr>
          <w:p w14:paraId="428C1DEE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028976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4650390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943449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2466576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262918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5EB" w:rsidRPr="007E6B91" w14:paraId="076365F9" w14:textId="77777777" w:rsidTr="00F26116">
        <w:trPr>
          <w:trHeight w:val="227"/>
        </w:trPr>
        <w:tc>
          <w:tcPr>
            <w:tcW w:w="6123" w:type="dxa"/>
          </w:tcPr>
          <w:p w14:paraId="1440EBC0" w14:textId="3C112DFA" w:rsidR="007215EB" w:rsidRPr="007E6B91" w:rsidRDefault="007215EB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Informieren Sie Mitarbeitende über Qualitätsziele und Rahmenbedingungen?</w:t>
            </w:r>
          </w:p>
        </w:tc>
        <w:tc>
          <w:tcPr>
            <w:tcW w:w="1117" w:type="dxa"/>
            <w:vAlign w:val="center"/>
          </w:tcPr>
          <w:p w14:paraId="19A0DE99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33756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B884FC0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1438707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7684D1E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341520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5EB" w:rsidRPr="007E6B91" w14:paraId="0BABBD76" w14:textId="77777777" w:rsidTr="00F26116">
        <w:trPr>
          <w:trHeight w:val="227"/>
        </w:trPr>
        <w:tc>
          <w:tcPr>
            <w:tcW w:w="6123" w:type="dxa"/>
          </w:tcPr>
          <w:p w14:paraId="0B4BAE6B" w14:textId="7CF42C02" w:rsidR="007215EB" w:rsidRPr="007E6B91" w:rsidRDefault="007215EB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Integrieren Sie Beratung und/oder Einstufung in Ihre Aufnahmeprozesse?</w:t>
            </w:r>
          </w:p>
        </w:tc>
        <w:tc>
          <w:tcPr>
            <w:tcW w:w="1117" w:type="dxa"/>
            <w:vAlign w:val="center"/>
          </w:tcPr>
          <w:p w14:paraId="716EF1BF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586290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83D130A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911582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A103AC6" w14:textId="77777777" w:rsidR="007215EB" w:rsidRDefault="00DA0337" w:rsidP="00F26116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176364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6F6CBE88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7A9C7AF4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5B0ACE44" w14:textId="3230B12C" w:rsidR="007215EB" w:rsidRDefault="007215EB" w:rsidP="007215EB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lastRenderedPageBreak/>
        <w:t xml:space="preserve">Über welche Nachweise verfügen Sie, die die Umsetzung dieses Qualitätskriteriums dokumentieren und </w:t>
      </w:r>
      <w:r w:rsidR="00F26116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4897F838" w14:textId="77777777" w:rsidR="007215EB" w:rsidRPr="00716B0B" w:rsidRDefault="007215EB" w:rsidP="007215EB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7215EB" w:rsidRPr="00184DDA" w14:paraId="11553664" w14:textId="77777777" w:rsidTr="006468F1">
        <w:tc>
          <w:tcPr>
            <w:tcW w:w="4890" w:type="dxa"/>
          </w:tcPr>
          <w:p w14:paraId="091A5D4E" w14:textId="5A10BE2F" w:rsidR="007215EB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001663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>
              <w:rPr>
                <w:rFonts w:ascii="TheSansOffice" w:hAnsi="TheSansOffice"/>
                <w:lang w:val="de-CH"/>
              </w:rPr>
              <w:t xml:space="preserve"> Leistungsvereinbarungen</w:t>
            </w:r>
          </w:p>
        </w:tc>
        <w:tc>
          <w:tcPr>
            <w:tcW w:w="4536" w:type="dxa"/>
          </w:tcPr>
          <w:p w14:paraId="537A2E76" w14:textId="13D47C2C" w:rsidR="007215EB" w:rsidRPr="007E6B91" w:rsidRDefault="00DA0337" w:rsidP="00C8223E">
            <w:pPr>
              <w:ind w:left="281" w:hanging="281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1936212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215EB">
              <w:rPr>
                <w:rFonts w:ascii="TheSansOffice" w:hAnsi="TheSansOffice"/>
                <w:lang w:val="de-CH"/>
              </w:rPr>
              <w:t>Prozessbeschriebe und/oder -handbücher und/oder -konzepte</w:t>
            </w:r>
          </w:p>
        </w:tc>
      </w:tr>
      <w:tr w:rsidR="007215EB" w:rsidRPr="00B278B2" w14:paraId="02ED16A2" w14:textId="77777777" w:rsidTr="006468F1">
        <w:tc>
          <w:tcPr>
            <w:tcW w:w="4890" w:type="dxa"/>
          </w:tcPr>
          <w:p w14:paraId="0D1465C9" w14:textId="1E3F7469" w:rsidR="007215EB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891275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215EB">
              <w:rPr>
                <w:rFonts w:ascii="TheSansOffice" w:hAnsi="TheSansOffice"/>
                <w:lang w:val="de-CH"/>
              </w:rPr>
              <w:t>Erhebungen und Analysen</w:t>
            </w:r>
          </w:p>
        </w:tc>
        <w:tc>
          <w:tcPr>
            <w:tcW w:w="4536" w:type="dxa"/>
          </w:tcPr>
          <w:p w14:paraId="6291801F" w14:textId="42A4A8C1" w:rsidR="007215EB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848430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215EB">
              <w:rPr>
                <w:rFonts w:ascii="TheSansOffice" w:hAnsi="TheSansOffice"/>
                <w:lang w:val="de-CH"/>
              </w:rPr>
              <w:t>Ressourcen- und/oder Einsatzplanungen</w:t>
            </w:r>
          </w:p>
        </w:tc>
      </w:tr>
      <w:tr w:rsidR="007215EB" w:rsidRPr="00A470BF" w14:paraId="1222FDC8" w14:textId="77777777" w:rsidTr="006468F1">
        <w:tc>
          <w:tcPr>
            <w:tcW w:w="4890" w:type="dxa"/>
          </w:tcPr>
          <w:p w14:paraId="5C89F182" w14:textId="22D87A63" w:rsidR="007215EB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888622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7215EB">
              <w:rPr>
                <w:rFonts w:ascii="TheSansOffice" w:hAnsi="TheSansOffice"/>
                <w:lang w:val="de-CH"/>
              </w:rPr>
              <w:t>Protokolle und/oder (interne) Mitteilungen</w:t>
            </w:r>
          </w:p>
        </w:tc>
        <w:tc>
          <w:tcPr>
            <w:tcW w:w="4536" w:type="dxa"/>
          </w:tcPr>
          <w:p w14:paraId="3302EBF6" w14:textId="786CC031" w:rsidR="007215EB" w:rsidRPr="00A470BF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904068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756BAB" w:rsidRPr="00756BAB">
              <w:rPr>
                <w:rFonts w:ascii="TheSansOffice" w:hAnsi="TheSansOffice"/>
                <w:lang w:val="de-CH"/>
              </w:rPr>
              <w:t xml:space="preserve">Rückmeldungen, </w:t>
            </w:r>
            <w:r w:rsidR="001660B0">
              <w:rPr>
                <w:rFonts w:ascii="TheSansOffice" w:hAnsi="TheSansOffice"/>
                <w:lang w:val="de-CH"/>
              </w:rPr>
              <w:t>Stellungnahmen</w:t>
            </w:r>
            <w:r w:rsidR="00756BAB">
              <w:rPr>
                <w:rFonts w:ascii="TheSansOffice" w:hAnsi="TheSansOffice"/>
                <w:lang w:val="de-CH"/>
              </w:rPr>
              <w:t>, o.ä.</w:t>
            </w:r>
          </w:p>
        </w:tc>
      </w:tr>
      <w:tr w:rsidR="007215EB" w:rsidRPr="007E6B91" w14:paraId="7C679111" w14:textId="77777777" w:rsidTr="006468F1">
        <w:tc>
          <w:tcPr>
            <w:tcW w:w="9426" w:type="dxa"/>
            <w:gridSpan w:val="2"/>
          </w:tcPr>
          <w:p w14:paraId="636EAB16" w14:textId="77777777" w:rsidR="007215EB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542863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E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215EB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46F33C92" w14:textId="39AEF6DA" w:rsidR="007215EB" w:rsidRPr="007E6B91" w:rsidRDefault="002E0F3E" w:rsidP="002E0F3E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5A60017" w14:textId="3E9C16D3" w:rsidR="003E12B7" w:rsidRPr="007E6B91" w:rsidRDefault="003E12B7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o)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Krisenresilienz</w:t>
      </w:r>
    </w:p>
    <w:p w14:paraId="7C5E728E" w14:textId="6A68D761" w:rsidR="003E12B7" w:rsidRPr="007925D6" w:rsidRDefault="003E12B7" w:rsidP="003E12B7">
      <w:pPr>
        <w:rPr>
          <w:rFonts w:ascii="TheSansOffice" w:hAnsi="TheSansOffice"/>
          <w:lang w:val="de-CH"/>
        </w:rPr>
      </w:pPr>
      <w:r w:rsidRPr="003E12B7">
        <w:rPr>
          <w:rFonts w:ascii="TheSansOffice" w:hAnsi="TheSansOffice"/>
          <w:lang w:val="de-CH"/>
        </w:rPr>
        <w:t>Anbietende treffen organisatorische und didaktische Vorkehrungen, damit Sprachförderangebote auch in aussergewöhnlichen Situationen möglichst stabil weitergeführt werden können.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3E12B7" w:rsidRPr="007E6B91" w14:paraId="1311EEB5" w14:textId="77777777" w:rsidTr="00D048F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4E5DA9B2" w14:textId="77777777" w:rsidR="003E12B7" w:rsidRPr="007E6B91" w:rsidRDefault="003E12B7" w:rsidP="006468F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7A43F218" w14:textId="77777777" w:rsidR="003E12B7" w:rsidRPr="007E6B91" w:rsidRDefault="003E12B7" w:rsidP="00D048F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1BAB7A28" w14:textId="77777777" w:rsidR="003E12B7" w:rsidRPr="007E6B91" w:rsidRDefault="003E12B7" w:rsidP="00D048F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C7A18B1" w14:textId="77777777" w:rsidR="003E12B7" w:rsidRPr="007E6B91" w:rsidRDefault="003E12B7" w:rsidP="00D048F7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3E12B7" w:rsidRPr="007E6B91" w14:paraId="76683711" w14:textId="77777777" w:rsidTr="00D048F7">
        <w:trPr>
          <w:trHeight w:val="227"/>
        </w:trPr>
        <w:tc>
          <w:tcPr>
            <w:tcW w:w="6123" w:type="dxa"/>
          </w:tcPr>
          <w:p w14:paraId="31FF5645" w14:textId="256D15FA" w:rsidR="003E12B7" w:rsidRPr="007E6B91" w:rsidRDefault="003E12B7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Haben </w:t>
            </w:r>
            <w:r w:rsidR="00716B0B">
              <w:rPr>
                <w:rFonts w:ascii="TheSansOffice" w:hAnsi="TheSansOffice"/>
                <w:lang w:val="de-CH"/>
              </w:rPr>
              <w:t>S</w:t>
            </w:r>
            <w:r>
              <w:rPr>
                <w:rFonts w:ascii="TheSansOffice" w:hAnsi="TheSansOffice"/>
                <w:lang w:val="de-CH"/>
              </w:rPr>
              <w:t>ie organisatorische Vorkehrungen für aussergewöhnlichen Situationen getroffen?</w:t>
            </w:r>
          </w:p>
        </w:tc>
        <w:tc>
          <w:tcPr>
            <w:tcW w:w="1117" w:type="dxa"/>
            <w:vAlign w:val="center"/>
          </w:tcPr>
          <w:p w14:paraId="2B9D579B" w14:textId="77777777" w:rsidR="003E12B7" w:rsidRPr="007E6B91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068718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E36942C" w14:textId="77777777" w:rsidR="003E12B7" w:rsidRPr="007E6B91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989904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EDF4509" w14:textId="77777777" w:rsidR="003E12B7" w:rsidRPr="007E6B91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1469614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E12B7" w:rsidRPr="007E6B91" w14:paraId="3F6E1935" w14:textId="77777777" w:rsidTr="00D048F7">
        <w:trPr>
          <w:trHeight w:val="227"/>
        </w:trPr>
        <w:tc>
          <w:tcPr>
            <w:tcW w:w="6123" w:type="dxa"/>
          </w:tcPr>
          <w:p w14:paraId="17158E59" w14:textId="38D87E36" w:rsidR="003E12B7" w:rsidRPr="007E6B91" w:rsidRDefault="003E12B7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Können Sie bei Bedarf kurzfristig auf Online- oder Hybridunterricht umstellen?</w:t>
            </w:r>
          </w:p>
        </w:tc>
        <w:tc>
          <w:tcPr>
            <w:tcW w:w="1117" w:type="dxa"/>
            <w:vAlign w:val="center"/>
          </w:tcPr>
          <w:p w14:paraId="3102B9E2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804140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0A1ECDD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4131462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F08CB59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849686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E12B7" w:rsidRPr="007E6B91" w14:paraId="12542309" w14:textId="77777777" w:rsidTr="00D048F7">
        <w:trPr>
          <w:trHeight w:val="227"/>
        </w:trPr>
        <w:tc>
          <w:tcPr>
            <w:tcW w:w="6123" w:type="dxa"/>
          </w:tcPr>
          <w:p w14:paraId="7DC9D41A" w14:textId="01539199" w:rsidR="003E12B7" w:rsidRDefault="003E12B7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Stellen Sie digitale Lernangebote oder Kommunikationskanäle auch ausserhalb des Präsenzunterrichts bereit?</w:t>
            </w:r>
          </w:p>
        </w:tc>
        <w:tc>
          <w:tcPr>
            <w:tcW w:w="1117" w:type="dxa"/>
            <w:vAlign w:val="center"/>
          </w:tcPr>
          <w:p w14:paraId="42DADF15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229201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1AD095C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146188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64CFB5E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5704379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E12B7" w:rsidRPr="007E6B91" w14:paraId="2E868E2E" w14:textId="77777777" w:rsidTr="00D048F7">
        <w:trPr>
          <w:trHeight w:val="227"/>
        </w:trPr>
        <w:tc>
          <w:tcPr>
            <w:tcW w:w="6123" w:type="dxa"/>
          </w:tcPr>
          <w:p w14:paraId="40D0DA99" w14:textId="6EEB5D37" w:rsidR="003E12B7" w:rsidRPr="007E6B91" w:rsidRDefault="003E12B7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Ermöglichen Ihre Kursstrukturen einen Wiedereinstieg nach </w:t>
            </w:r>
            <w:r w:rsidR="00D048F7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Unterbrüchen?</w:t>
            </w:r>
          </w:p>
        </w:tc>
        <w:tc>
          <w:tcPr>
            <w:tcW w:w="1117" w:type="dxa"/>
            <w:vAlign w:val="center"/>
          </w:tcPr>
          <w:p w14:paraId="275F009E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007395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2A7697F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888834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B86D42C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773019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E12B7" w:rsidRPr="007E6B91" w14:paraId="16AADF5F" w14:textId="77777777" w:rsidTr="00D048F7">
        <w:trPr>
          <w:trHeight w:val="227"/>
        </w:trPr>
        <w:tc>
          <w:tcPr>
            <w:tcW w:w="6123" w:type="dxa"/>
          </w:tcPr>
          <w:p w14:paraId="7B093E5E" w14:textId="1FAE6C15" w:rsidR="003E12B7" w:rsidRPr="007E6B91" w:rsidRDefault="003E12B7" w:rsidP="006468F1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Arbeiten Sie bei Bedarf mit anderen Anbietenden zusammen?</w:t>
            </w:r>
          </w:p>
        </w:tc>
        <w:tc>
          <w:tcPr>
            <w:tcW w:w="1117" w:type="dxa"/>
            <w:vAlign w:val="center"/>
          </w:tcPr>
          <w:p w14:paraId="2CAA9D2D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820041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85C9919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848678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36A0E15" w14:textId="77777777" w:rsidR="003E12B7" w:rsidRDefault="00DA0337" w:rsidP="00D048F7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614161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4F6D982F" w14:textId="77777777" w:rsidR="002E0F3E" w:rsidRPr="007E6B91" w:rsidRDefault="002E0F3E" w:rsidP="002E0F3E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4D3ECB59" w14:textId="77777777" w:rsidR="00F92718" w:rsidRPr="00F92718" w:rsidRDefault="00F92718" w:rsidP="00F92718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7B1EB94D" w14:textId="566405E8" w:rsidR="003E12B7" w:rsidRDefault="003E12B7" w:rsidP="003E12B7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D048F7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64B7B07D" w14:textId="77777777" w:rsidR="003E12B7" w:rsidRPr="00716B0B" w:rsidRDefault="003E12B7" w:rsidP="003E12B7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3E12B7" w:rsidRPr="00184DDA" w14:paraId="710F21C6" w14:textId="77777777" w:rsidTr="006468F1">
        <w:tc>
          <w:tcPr>
            <w:tcW w:w="4890" w:type="dxa"/>
          </w:tcPr>
          <w:p w14:paraId="75FA8C70" w14:textId="68552945" w:rsidR="003E12B7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191622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>
              <w:rPr>
                <w:rFonts w:ascii="TheSansOffice" w:hAnsi="TheSansOffice"/>
                <w:lang w:val="de-CH"/>
              </w:rPr>
              <w:t xml:space="preserve"> Konzepte, Planungen</w:t>
            </w:r>
          </w:p>
        </w:tc>
        <w:tc>
          <w:tcPr>
            <w:tcW w:w="4536" w:type="dxa"/>
          </w:tcPr>
          <w:p w14:paraId="27EAAD82" w14:textId="02A05C3C" w:rsidR="003E12B7" w:rsidRPr="007E6B91" w:rsidRDefault="00DA0337" w:rsidP="00F829EB">
            <w:pPr>
              <w:ind w:left="294" w:hanging="294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47910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E12B7">
              <w:rPr>
                <w:rFonts w:ascii="TheSansOffice" w:hAnsi="TheSansOffice"/>
                <w:lang w:val="de-CH"/>
              </w:rPr>
              <w:t>Übersicht digitaler Plattformen und/oder Kommunikationskanäle</w:t>
            </w:r>
          </w:p>
        </w:tc>
      </w:tr>
      <w:tr w:rsidR="003E12B7" w:rsidRPr="00B278B2" w14:paraId="0E9BC880" w14:textId="77777777" w:rsidTr="006468F1">
        <w:tc>
          <w:tcPr>
            <w:tcW w:w="4890" w:type="dxa"/>
          </w:tcPr>
          <w:p w14:paraId="6C8FA90E" w14:textId="1D2A36FF" w:rsidR="003E12B7" w:rsidRPr="007E6B91" w:rsidRDefault="00DA0337" w:rsidP="00716B0B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950928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E12B7">
              <w:rPr>
                <w:rFonts w:ascii="TheSansOffice" w:hAnsi="TheSansOffice"/>
                <w:lang w:val="de-CH"/>
              </w:rPr>
              <w:t xml:space="preserve">Übersicht alternativer Raum- und/oder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3E12B7">
              <w:rPr>
                <w:rFonts w:ascii="TheSansOffice" w:hAnsi="TheSansOffice"/>
                <w:lang w:val="de-CH"/>
              </w:rPr>
              <w:t>Infrastrukturmöglichkeiten</w:t>
            </w:r>
          </w:p>
        </w:tc>
        <w:tc>
          <w:tcPr>
            <w:tcW w:w="4536" w:type="dxa"/>
          </w:tcPr>
          <w:p w14:paraId="5E556F4D" w14:textId="3A347005" w:rsidR="003E12B7" w:rsidRPr="007E6B91" w:rsidRDefault="00DA0337" w:rsidP="006468F1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3223805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3E12B7">
              <w:rPr>
                <w:rFonts w:ascii="TheSansOffice" w:hAnsi="TheSansOffice"/>
                <w:lang w:val="de-CH"/>
              </w:rPr>
              <w:t>Kooperationsvereinbarungen</w:t>
            </w:r>
          </w:p>
        </w:tc>
      </w:tr>
      <w:tr w:rsidR="003E12B7" w:rsidRPr="00A470BF" w14:paraId="3DD43D84" w14:textId="77777777" w:rsidTr="006468F1">
        <w:tc>
          <w:tcPr>
            <w:tcW w:w="4890" w:type="dxa"/>
          </w:tcPr>
          <w:p w14:paraId="09677CB8" w14:textId="6D9511FE" w:rsidR="003E12B7" w:rsidRPr="007E6B91" w:rsidRDefault="00DA0337" w:rsidP="006468F1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8901077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3E12B7">
              <w:rPr>
                <w:rFonts w:ascii="TheSansOffice" w:hAnsi="TheSansOffice"/>
                <w:lang w:val="de-CH"/>
              </w:rPr>
              <w:t>Flyer, Webseite, Info</w:t>
            </w:r>
            <w:r w:rsidR="00716B0B">
              <w:rPr>
                <w:rFonts w:ascii="TheSansOffice" w:hAnsi="TheSansOffice"/>
                <w:lang w:val="de-CH"/>
              </w:rPr>
              <w:t>rmations</w:t>
            </w:r>
            <w:r w:rsidR="003E12B7">
              <w:rPr>
                <w:rFonts w:ascii="TheSansOffice" w:hAnsi="TheSansOffice"/>
                <w:lang w:val="de-CH"/>
              </w:rPr>
              <w:t>materialien</w:t>
            </w:r>
          </w:p>
        </w:tc>
        <w:tc>
          <w:tcPr>
            <w:tcW w:w="4536" w:type="dxa"/>
          </w:tcPr>
          <w:p w14:paraId="62284462" w14:textId="74F4EF8E" w:rsidR="003E12B7" w:rsidRPr="00A470BF" w:rsidRDefault="003E12B7" w:rsidP="006468F1">
            <w:pPr>
              <w:rPr>
                <w:rFonts w:ascii="TheSansOffice" w:hAnsi="TheSansOffice"/>
                <w:lang w:val="de-CH"/>
              </w:rPr>
            </w:pPr>
          </w:p>
        </w:tc>
      </w:tr>
      <w:tr w:rsidR="003E12B7" w:rsidRPr="007E6B91" w14:paraId="1A429870" w14:textId="77777777" w:rsidTr="006468F1">
        <w:tc>
          <w:tcPr>
            <w:tcW w:w="9426" w:type="dxa"/>
            <w:gridSpan w:val="2"/>
          </w:tcPr>
          <w:p w14:paraId="1248C999" w14:textId="77777777" w:rsidR="003E12B7" w:rsidRPr="007E6B91" w:rsidRDefault="00DA0337" w:rsidP="006468F1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148783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2B7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3E12B7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342C1587" w14:textId="36DE691A" w:rsidR="003E12B7" w:rsidRPr="002E0F3E" w:rsidRDefault="002E0F3E" w:rsidP="002E0F3E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283DC332" w14:textId="77777777" w:rsidR="00125E1B" w:rsidRPr="007E6B91" w:rsidRDefault="00125E1B" w:rsidP="00E1156D">
      <w:pPr>
        <w:pStyle w:val="berschrift2"/>
        <w:spacing w:before="36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p)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Wirkungsorientierung</w:t>
      </w:r>
    </w:p>
    <w:p w14:paraId="64762795" w14:textId="77777777" w:rsidR="00125E1B" w:rsidRPr="007925D6" w:rsidRDefault="00125E1B" w:rsidP="00125E1B">
      <w:pPr>
        <w:rPr>
          <w:rFonts w:ascii="TheSansOffice" w:hAnsi="TheSansOffice"/>
          <w:lang w:val="de-CH"/>
        </w:rPr>
      </w:pPr>
      <w:r w:rsidRPr="00B345A9">
        <w:rPr>
          <w:rFonts w:ascii="TheSansOffice" w:hAnsi="TheSansOffice"/>
          <w:lang w:val="de-CH"/>
        </w:rPr>
        <w:t>Die Wirksamkeit der Sprachförderung wird regelmässig anhand quantitativer Kennzahlen und qualitativer Ergebnisse überprüft und für die Weiterentwicklung der Angebote genutzt.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125E1B" w:rsidRPr="007E6B91" w14:paraId="5D6C5531" w14:textId="77777777" w:rsidTr="00125E1B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23D977D7" w14:textId="77777777" w:rsidR="00125E1B" w:rsidRPr="007E6B91" w:rsidRDefault="00125E1B" w:rsidP="001B6F9B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68D73E7B" w14:textId="77777777" w:rsidR="00125E1B" w:rsidRPr="007E6B91" w:rsidRDefault="00125E1B" w:rsidP="00125E1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2484EA8C" w14:textId="77777777" w:rsidR="00125E1B" w:rsidRPr="007E6B91" w:rsidRDefault="00125E1B" w:rsidP="00125E1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A26CBFC" w14:textId="77777777" w:rsidR="00125E1B" w:rsidRPr="007E6B91" w:rsidRDefault="00125E1B" w:rsidP="00125E1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125E1B" w:rsidRPr="007E6B91" w14:paraId="367719A4" w14:textId="77777777" w:rsidTr="00125E1B">
        <w:trPr>
          <w:trHeight w:val="227"/>
        </w:trPr>
        <w:tc>
          <w:tcPr>
            <w:tcW w:w="6123" w:type="dxa"/>
          </w:tcPr>
          <w:p w14:paraId="200D200E" w14:textId="3DA5D005" w:rsidR="00125E1B" w:rsidRPr="007E6B91" w:rsidRDefault="00125E1B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Überprüfen Sie die Wirksamkeit Ihrer Angebote anhand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qualitativer und/oder quantitativer Daten?</w:t>
            </w:r>
          </w:p>
        </w:tc>
        <w:tc>
          <w:tcPr>
            <w:tcW w:w="1117" w:type="dxa"/>
            <w:vAlign w:val="center"/>
          </w:tcPr>
          <w:p w14:paraId="3293781A" w14:textId="77777777" w:rsidR="00125E1B" w:rsidRPr="007E6B91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1061735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E734E11" w14:textId="77777777" w:rsidR="00125E1B" w:rsidRPr="007E6B91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346966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886CD1A" w14:textId="77777777" w:rsidR="00125E1B" w:rsidRPr="007E6B91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945381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125E1B" w:rsidRPr="007E6B91" w14:paraId="764DC7D9" w14:textId="77777777" w:rsidTr="00125E1B">
        <w:trPr>
          <w:trHeight w:val="227"/>
        </w:trPr>
        <w:tc>
          <w:tcPr>
            <w:tcW w:w="6123" w:type="dxa"/>
          </w:tcPr>
          <w:p w14:paraId="121F6F17" w14:textId="77777777" w:rsidR="00125E1B" w:rsidRPr="007E6B91" w:rsidRDefault="00125E1B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lastRenderedPageBreak/>
              <w:t>Erfassen Sie Lernfortschritte und/oder Veränderungen im Alltag der Teilnehmenden?</w:t>
            </w:r>
          </w:p>
        </w:tc>
        <w:tc>
          <w:tcPr>
            <w:tcW w:w="1117" w:type="dxa"/>
            <w:vAlign w:val="center"/>
          </w:tcPr>
          <w:p w14:paraId="5AF575E8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172560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5B93A19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321794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DF68B5F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61434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125E1B" w:rsidRPr="007E6B91" w14:paraId="61329FD6" w14:textId="77777777" w:rsidTr="00125E1B">
        <w:trPr>
          <w:trHeight w:val="227"/>
        </w:trPr>
        <w:tc>
          <w:tcPr>
            <w:tcW w:w="6123" w:type="dxa"/>
          </w:tcPr>
          <w:p w14:paraId="20F8D847" w14:textId="02A05E9D" w:rsidR="00125E1B" w:rsidRDefault="00125E1B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Dokumentieren Sie Übergänge in weiterführende Angebote, </w:t>
            </w:r>
            <w:r>
              <w:rPr>
                <w:rFonts w:ascii="TheSansOffice" w:hAnsi="TheSansOffice"/>
                <w:lang w:val="de-CH"/>
              </w:rPr>
              <w:br/>
              <w:t>Bildung oder Beschäftigung?</w:t>
            </w:r>
          </w:p>
        </w:tc>
        <w:tc>
          <w:tcPr>
            <w:tcW w:w="1117" w:type="dxa"/>
            <w:vAlign w:val="center"/>
          </w:tcPr>
          <w:p w14:paraId="058DECCB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748904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0C1E8C9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171447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A0C33F9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690057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125E1B" w:rsidRPr="007E6B91" w14:paraId="7C15E308" w14:textId="77777777" w:rsidTr="00125E1B">
        <w:trPr>
          <w:trHeight w:val="227"/>
        </w:trPr>
        <w:tc>
          <w:tcPr>
            <w:tcW w:w="6123" w:type="dxa"/>
          </w:tcPr>
          <w:p w14:paraId="6E2AC069" w14:textId="77777777" w:rsidR="00125E1B" w:rsidRPr="007E6B91" w:rsidRDefault="00125E1B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Holen Sie Rückmeldungen (ehemaliger) Teilnehmender und/oder externer Stellen ein?</w:t>
            </w:r>
          </w:p>
        </w:tc>
        <w:tc>
          <w:tcPr>
            <w:tcW w:w="1117" w:type="dxa"/>
            <w:vAlign w:val="center"/>
          </w:tcPr>
          <w:p w14:paraId="79247D05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4190176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7DD12D8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443997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7289CD8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113954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125E1B" w:rsidRPr="007E6B91" w14:paraId="30C77EB2" w14:textId="77777777" w:rsidTr="00125E1B">
        <w:trPr>
          <w:trHeight w:val="227"/>
        </w:trPr>
        <w:tc>
          <w:tcPr>
            <w:tcW w:w="6123" w:type="dxa"/>
          </w:tcPr>
          <w:p w14:paraId="6EB39E91" w14:textId="77777777" w:rsidR="00125E1B" w:rsidRPr="007E6B91" w:rsidRDefault="00125E1B" w:rsidP="001B6F9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Nutzen Sie die Ergebnisse Ihrer Auswertungen zur Weiterentwicklung Ihrer Angebote?</w:t>
            </w:r>
          </w:p>
        </w:tc>
        <w:tc>
          <w:tcPr>
            <w:tcW w:w="1117" w:type="dxa"/>
            <w:vAlign w:val="center"/>
          </w:tcPr>
          <w:p w14:paraId="7BD719D5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843247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606F5A5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4393646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40A78C2" w14:textId="77777777" w:rsidR="00125E1B" w:rsidRDefault="00DA0337" w:rsidP="00125E1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5962839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20D891FB" w14:textId="77777777" w:rsidR="00C71E8A" w:rsidRPr="007E6B91" w:rsidRDefault="00C71E8A" w:rsidP="00C71E8A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12E81877" w14:textId="77777777" w:rsidR="00125E1B" w:rsidRPr="00F92718" w:rsidRDefault="00125E1B" w:rsidP="00125E1B">
      <w:pPr>
        <w:spacing w:after="0"/>
        <w:ind w:right="-716"/>
        <w:rPr>
          <w:rFonts w:ascii="TheSansOffice" w:hAnsi="TheSansOffice"/>
          <w:sz w:val="18"/>
          <w:szCs w:val="18"/>
          <w:lang w:val="de-CH"/>
        </w:rPr>
      </w:pPr>
    </w:p>
    <w:p w14:paraId="6DF937AB" w14:textId="5D5A4F80" w:rsidR="00125E1B" w:rsidRDefault="00125E1B" w:rsidP="00125E1B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0CD99A21" w14:textId="77777777" w:rsidR="00125E1B" w:rsidRPr="00230B8C" w:rsidRDefault="00125E1B" w:rsidP="00125E1B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125E1B" w:rsidRPr="00184DDA" w14:paraId="3AB082DE" w14:textId="77777777" w:rsidTr="001B6F9B">
        <w:tc>
          <w:tcPr>
            <w:tcW w:w="4890" w:type="dxa"/>
          </w:tcPr>
          <w:p w14:paraId="12FA92F9" w14:textId="77777777" w:rsidR="00125E1B" w:rsidRPr="007E6B91" w:rsidRDefault="00DA0337" w:rsidP="001B6F9B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342100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>
              <w:rPr>
                <w:rFonts w:ascii="TheSansOffice" w:hAnsi="TheSansOffice"/>
                <w:lang w:val="de-CH"/>
              </w:rPr>
              <w:t xml:space="preserve"> Statistiken und/oder Auswertungen und/oder Analysen und/oder Berichte</w:t>
            </w:r>
          </w:p>
        </w:tc>
        <w:tc>
          <w:tcPr>
            <w:tcW w:w="4536" w:type="dxa"/>
          </w:tcPr>
          <w:p w14:paraId="31E509AA" w14:textId="5D5C6BF0" w:rsidR="00125E1B" w:rsidRPr="007E6B91" w:rsidRDefault="00DA0337" w:rsidP="001B6F9B">
            <w:pPr>
              <w:ind w:left="280" w:hanging="280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6670848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125E1B">
              <w:rPr>
                <w:rFonts w:ascii="TheSansOffice" w:hAnsi="TheSansOffice"/>
                <w:lang w:val="de-CH"/>
              </w:rPr>
              <w:t xml:space="preserve">Beispiele von (Nach-)Befragungen </w:t>
            </w:r>
            <w:r w:rsidR="00184DDA">
              <w:rPr>
                <w:rFonts w:ascii="TheSansOffice" w:hAnsi="TheSansOffice"/>
                <w:lang w:val="de-CH"/>
              </w:rPr>
              <w:br/>
            </w:r>
            <w:r w:rsidR="00125E1B">
              <w:rPr>
                <w:rFonts w:ascii="TheSansOffice" w:hAnsi="TheSansOffice"/>
                <w:lang w:val="de-CH"/>
              </w:rPr>
              <w:t>(ehemaliger) Teilnehmender</w:t>
            </w:r>
          </w:p>
        </w:tc>
      </w:tr>
      <w:tr w:rsidR="00125E1B" w:rsidRPr="00B278B2" w14:paraId="287FE3CA" w14:textId="77777777" w:rsidTr="001B6F9B">
        <w:tc>
          <w:tcPr>
            <w:tcW w:w="4890" w:type="dxa"/>
          </w:tcPr>
          <w:p w14:paraId="20995CC3" w14:textId="77777777" w:rsidR="00125E1B" w:rsidRPr="007E6B91" w:rsidRDefault="00DA0337" w:rsidP="001B6F9B">
            <w:pPr>
              <w:ind w:left="275" w:hanging="275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42703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125E1B">
              <w:rPr>
                <w:rFonts w:ascii="TheSansOffice" w:hAnsi="TheSansOffice"/>
                <w:lang w:val="de-CH"/>
              </w:rPr>
              <w:t>Beispiele von Rückmeldungen (ehemaliger) Teilnehmender</w:t>
            </w:r>
          </w:p>
        </w:tc>
        <w:tc>
          <w:tcPr>
            <w:tcW w:w="4536" w:type="dxa"/>
          </w:tcPr>
          <w:p w14:paraId="36885DB6" w14:textId="77777777" w:rsidR="00125E1B" w:rsidRPr="007E6B91" w:rsidRDefault="00DA0337" w:rsidP="001B6F9B">
            <w:pPr>
              <w:ind w:left="348" w:hanging="348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612041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 w:rsidRPr="00495679">
              <w:rPr>
                <w:rFonts w:ascii="TheSansOffice" w:hAnsi="TheSansOffice"/>
                <w:lang w:val="de-CH"/>
              </w:rPr>
              <w:t xml:space="preserve"> </w:t>
            </w:r>
            <w:r w:rsidR="00125E1B">
              <w:rPr>
                <w:rFonts w:ascii="TheSansOffice" w:hAnsi="TheSansOffice"/>
                <w:lang w:val="de-CH"/>
              </w:rPr>
              <w:t>Beobachtungsraster</w:t>
            </w:r>
          </w:p>
        </w:tc>
      </w:tr>
      <w:tr w:rsidR="00125E1B" w:rsidRPr="00A470BF" w14:paraId="29099265" w14:textId="77777777" w:rsidTr="001B6F9B">
        <w:tc>
          <w:tcPr>
            <w:tcW w:w="4890" w:type="dxa"/>
          </w:tcPr>
          <w:p w14:paraId="4D527999" w14:textId="77777777" w:rsidR="00125E1B" w:rsidRPr="007E6B91" w:rsidRDefault="00DA0337" w:rsidP="001B6F9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292733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 w:rsidRPr="00B31A36">
              <w:rPr>
                <w:rFonts w:ascii="TheSansOffice" w:hAnsi="TheSansOffice"/>
                <w:lang w:val="de-CH"/>
              </w:rPr>
              <w:t xml:space="preserve"> </w:t>
            </w:r>
            <w:r w:rsidR="00125E1B">
              <w:rPr>
                <w:rFonts w:ascii="TheSansOffice" w:hAnsi="TheSansOffice"/>
                <w:lang w:val="de-CH"/>
              </w:rPr>
              <w:t>Strategieberichte, Planungen</w:t>
            </w:r>
          </w:p>
        </w:tc>
        <w:tc>
          <w:tcPr>
            <w:tcW w:w="4536" w:type="dxa"/>
          </w:tcPr>
          <w:p w14:paraId="700FCBC7" w14:textId="77777777" w:rsidR="00125E1B" w:rsidRPr="00A470BF" w:rsidRDefault="00125E1B" w:rsidP="001B6F9B">
            <w:pPr>
              <w:rPr>
                <w:rFonts w:ascii="TheSansOffice" w:hAnsi="TheSansOffice"/>
                <w:lang w:val="de-CH"/>
              </w:rPr>
            </w:pPr>
          </w:p>
        </w:tc>
      </w:tr>
      <w:tr w:rsidR="00125E1B" w:rsidRPr="007E6B91" w14:paraId="52EC52D0" w14:textId="77777777" w:rsidTr="001B6F9B">
        <w:tc>
          <w:tcPr>
            <w:tcW w:w="9426" w:type="dxa"/>
            <w:gridSpan w:val="2"/>
          </w:tcPr>
          <w:p w14:paraId="6F420554" w14:textId="77777777" w:rsidR="00125E1B" w:rsidRPr="007E6B91" w:rsidRDefault="00DA0337" w:rsidP="001B6F9B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491951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B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125E1B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4D5BB99B" w14:textId="74F9713F" w:rsidR="00125E1B" w:rsidRPr="007E6B91" w:rsidRDefault="002E0F3E" w:rsidP="002E0F3E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4F31D7CB" w14:textId="77777777" w:rsidR="00125E1B" w:rsidRDefault="00125E1B" w:rsidP="00125E1B">
      <w:pPr>
        <w:rPr>
          <w:rFonts w:ascii="TheSansOffice" w:hAnsi="TheSansOffice"/>
          <w:lang w:val="de-CH"/>
        </w:rPr>
      </w:pPr>
    </w:p>
    <w:p w14:paraId="1F54DB74" w14:textId="77777777" w:rsidR="0050338C" w:rsidRDefault="0050338C" w:rsidP="000066A8">
      <w:pPr>
        <w:spacing w:after="0" w:line="240" w:lineRule="auto"/>
        <w:rPr>
          <w:rFonts w:ascii="TheSansOffice" w:hAnsi="TheSansOffice"/>
          <w:b/>
          <w:bCs/>
          <w:highlight w:val="yellow"/>
          <w:lang w:val="de-CH"/>
        </w:rPr>
      </w:pPr>
    </w:p>
    <w:p w14:paraId="14368844" w14:textId="59D8713E" w:rsidR="0050338C" w:rsidRPr="0067736B" w:rsidRDefault="0050338C" w:rsidP="000066A8">
      <w:pPr>
        <w:spacing w:after="0" w:line="240" w:lineRule="auto"/>
        <w:rPr>
          <w:rFonts w:ascii="TheSansOffice" w:hAnsi="TheSansOffice"/>
          <w:b/>
          <w:bCs/>
          <w:lang w:val="de-CH"/>
        </w:rPr>
      </w:pPr>
      <w:r w:rsidRPr="0067736B">
        <w:rPr>
          <w:rFonts w:ascii="TheSansOffice" w:hAnsi="TheSansOffice"/>
          <w:b/>
          <w:bCs/>
          <w:lang w:val="de-CH"/>
        </w:rPr>
        <w:t>Ort / Datum</w:t>
      </w:r>
      <w:r w:rsidRPr="0067736B">
        <w:rPr>
          <w:rFonts w:ascii="TheSansOffice" w:hAnsi="TheSansOffice"/>
          <w:b/>
          <w:bCs/>
          <w:lang w:val="de-CH"/>
        </w:rPr>
        <w:tab/>
      </w:r>
      <w:r w:rsidRPr="0067736B">
        <w:rPr>
          <w:rFonts w:ascii="TheSansOffice" w:hAnsi="TheSansOffice"/>
          <w:b/>
          <w:bCs/>
          <w:lang w:val="de-CH"/>
        </w:rPr>
        <w:tab/>
      </w:r>
      <w:r w:rsidR="002E0F3E">
        <w:rPr>
          <w:rFonts w:ascii="TheSansOffice" w:hAnsi="TheSansOffice"/>
          <w:sz w:val="24"/>
          <w:szCs w:val="24"/>
          <w:lang w:val="de-CH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E0F3E">
        <w:rPr>
          <w:rFonts w:ascii="TheSansOffice" w:hAnsi="TheSansOffice"/>
          <w:sz w:val="24"/>
          <w:szCs w:val="24"/>
          <w:lang w:val="de-CH"/>
        </w:rPr>
        <w:instrText xml:space="preserve"> FORMTEXT </w:instrText>
      </w:r>
      <w:r w:rsidR="002E0F3E">
        <w:rPr>
          <w:rFonts w:ascii="TheSansOffice" w:hAnsi="TheSansOffice"/>
          <w:sz w:val="24"/>
          <w:szCs w:val="24"/>
          <w:lang w:val="de-CH"/>
        </w:rPr>
      </w:r>
      <w:r w:rsidR="002E0F3E">
        <w:rPr>
          <w:rFonts w:ascii="TheSansOffice" w:hAnsi="TheSansOffice"/>
          <w:sz w:val="24"/>
          <w:szCs w:val="24"/>
          <w:lang w:val="de-CH"/>
        </w:rPr>
        <w:fldChar w:fldCharType="separate"/>
      </w:r>
      <w:r w:rsidR="002E0F3E">
        <w:rPr>
          <w:rFonts w:ascii="TheSansOffice" w:hAnsi="TheSansOffice"/>
          <w:noProof/>
          <w:sz w:val="24"/>
          <w:szCs w:val="24"/>
          <w:lang w:val="de-CH"/>
        </w:rPr>
        <w:t> </w:t>
      </w:r>
      <w:r w:rsidR="002E0F3E">
        <w:rPr>
          <w:rFonts w:ascii="TheSansOffice" w:hAnsi="TheSansOffice"/>
          <w:noProof/>
          <w:sz w:val="24"/>
          <w:szCs w:val="24"/>
          <w:lang w:val="de-CH"/>
        </w:rPr>
        <w:t> </w:t>
      </w:r>
      <w:r w:rsidR="002E0F3E">
        <w:rPr>
          <w:rFonts w:ascii="TheSansOffice" w:hAnsi="TheSansOffice"/>
          <w:noProof/>
          <w:sz w:val="24"/>
          <w:szCs w:val="24"/>
          <w:lang w:val="de-CH"/>
        </w:rPr>
        <w:t> </w:t>
      </w:r>
      <w:r w:rsidR="002E0F3E">
        <w:rPr>
          <w:rFonts w:ascii="TheSansOffice" w:hAnsi="TheSansOffice"/>
          <w:noProof/>
          <w:sz w:val="24"/>
          <w:szCs w:val="24"/>
          <w:lang w:val="de-CH"/>
        </w:rPr>
        <w:t> </w:t>
      </w:r>
      <w:r w:rsidR="002E0F3E">
        <w:rPr>
          <w:rFonts w:ascii="TheSansOffice" w:hAnsi="TheSansOffice"/>
          <w:noProof/>
          <w:sz w:val="24"/>
          <w:szCs w:val="24"/>
          <w:lang w:val="de-CH"/>
        </w:rPr>
        <w:t> </w:t>
      </w:r>
      <w:r w:rsidR="002E0F3E">
        <w:rPr>
          <w:rFonts w:ascii="TheSansOffice" w:hAnsi="TheSansOffice"/>
          <w:sz w:val="24"/>
          <w:szCs w:val="24"/>
          <w:lang w:val="de-CH"/>
        </w:rPr>
        <w:fldChar w:fldCharType="end"/>
      </w:r>
    </w:p>
    <w:p w14:paraId="73E31325" w14:textId="77777777" w:rsidR="0050338C" w:rsidRPr="0067736B" w:rsidRDefault="0050338C" w:rsidP="000066A8">
      <w:pPr>
        <w:spacing w:after="0" w:line="240" w:lineRule="auto"/>
        <w:rPr>
          <w:rFonts w:ascii="TheSansOffice" w:hAnsi="TheSansOffice"/>
          <w:b/>
          <w:bCs/>
          <w:lang w:val="de-CH"/>
        </w:rPr>
      </w:pPr>
    </w:p>
    <w:p w14:paraId="7F062A95" w14:textId="4249B4B6" w:rsidR="0050338C" w:rsidRPr="0067736B" w:rsidRDefault="00DA0337" w:rsidP="000066A8">
      <w:pPr>
        <w:spacing w:after="0" w:line="240" w:lineRule="auto"/>
        <w:rPr>
          <w:rFonts w:ascii="TheSansOffice" w:hAnsi="TheSansOffice"/>
          <w:b/>
          <w:bCs/>
          <w:lang w:val="de-CH"/>
        </w:rPr>
      </w:pPr>
      <w:r>
        <w:rPr>
          <w:noProof/>
        </w:rPr>
        <w:pict w14:anchorId="7C1729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Signaturzeile, nicht signiert" style="position:absolute;margin-left:105.05pt;margin-top:3.3pt;width:118.7pt;height:59.55pt;z-index:-251658752;mso-position-horizontal-relative:text;mso-position-vertical-relative:text;mso-width-relative:page;mso-height-relative:page" wrapcoords="-137 0 -137 21053 21600 21053 21600 0 -137 0">
            <v:imagedata r:id="rId8" o:title=""/>
            <o:lock v:ext="edit" ungrouping="t" rotation="t" cropping="t" verticies="t" text="t" grouping="t"/>
            <o:signatureline v:ext="edit" id="{2ABB2B63-3291-4A8F-A485-0CC0B8DD7DAC}" provid="{00000000-0000-0000-0000-000000000000}" issignatureline="t"/>
            <w10:wrap type="through"/>
          </v:shape>
        </w:pict>
      </w:r>
    </w:p>
    <w:p w14:paraId="5237C41C" w14:textId="77777777" w:rsidR="0050338C" w:rsidRPr="0067736B" w:rsidRDefault="0050338C" w:rsidP="000066A8">
      <w:pPr>
        <w:spacing w:after="0" w:line="240" w:lineRule="auto"/>
        <w:rPr>
          <w:rFonts w:ascii="TheSansOffice" w:hAnsi="TheSansOffice"/>
          <w:b/>
          <w:bCs/>
          <w:lang w:val="de-CH"/>
        </w:rPr>
      </w:pPr>
    </w:p>
    <w:p w14:paraId="6C55B257" w14:textId="1F07AE3C" w:rsidR="0050338C" w:rsidRPr="0067736B" w:rsidRDefault="0050338C" w:rsidP="000066A8">
      <w:pPr>
        <w:spacing w:after="0" w:line="240" w:lineRule="auto"/>
        <w:rPr>
          <w:rFonts w:ascii="TheSansOffice" w:hAnsi="TheSansOffice"/>
          <w:b/>
          <w:bCs/>
          <w:lang w:val="de-CH"/>
        </w:rPr>
      </w:pPr>
      <w:r w:rsidRPr="0067736B">
        <w:rPr>
          <w:rFonts w:ascii="TheSansOffice" w:hAnsi="TheSansOffice"/>
          <w:b/>
          <w:bCs/>
          <w:lang w:val="de-CH"/>
        </w:rPr>
        <w:t>Unterschrift</w:t>
      </w:r>
    </w:p>
    <w:sectPr w:rsidR="0050338C" w:rsidRPr="0067736B" w:rsidSect="005970C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93" w:right="1467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D4DD" w14:textId="77777777" w:rsidR="00465C02" w:rsidRDefault="00465C02" w:rsidP="00E86AFC">
      <w:pPr>
        <w:spacing w:after="0" w:line="240" w:lineRule="auto"/>
      </w:pPr>
      <w:r>
        <w:separator/>
      </w:r>
    </w:p>
  </w:endnote>
  <w:endnote w:type="continuationSeparator" w:id="0">
    <w:p w14:paraId="1F0D4144" w14:textId="77777777" w:rsidR="00465C02" w:rsidRDefault="00465C02" w:rsidP="00E8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Office">
    <w:altName w:val="Calibri"/>
    <w:charset w:val="00"/>
    <w:family w:val="swiss"/>
    <w:pitch w:val="variable"/>
    <w:sig w:usb0="80000027" w:usb1="0000004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8F48" w14:textId="77777777" w:rsidR="00076594" w:rsidRPr="00E86AFC" w:rsidRDefault="00076594" w:rsidP="00076594">
    <w:pPr>
      <w:pStyle w:val="Fuzeile"/>
      <w:rPr>
        <w:rFonts w:ascii="TheSansOffice" w:hAnsi="TheSansOffice"/>
        <w:sz w:val="16"/>
        <w:szCs w:val="16"/>
      </w:rPr>
    </w:pPr>
    <w:r>
      <w:rPr>
        <w:rFonts w:ascii="TheSansOffice" w:hAnsi="TheSansOffice"/>
        <w:sz w:val="16"/>
        <w:szCs w:val="16"/>
      </w:rPr>
      <w:t>Selbstdeklaration pro Anbieter 2027</w:t>
    </w:r>
    <w:r>
      <w:rPr>
        <w:rFonts w:ascii="TheSansOffice" w:hAnsi="TheSansOffice"/>
        <w:sz w:val="16"/>
        <w:szCs w:val="16"/>
      </w:rPr>
      <w:tab/>
    </w:r>
    <w:r>
      <w:rPr>
        <w:rFonts w:ascii="TheSansOffice" w:hAnsi="TheSansOffice"/>
        <w:sz w:val="16"/>
        <w:szCs w:val="16"/>
      </w:rPr>
      <w:tab/>
    </w:r>
    <w:r w:rsidRPr="00E86AFC">
      <w:rPr>
        <w:rFonts w:ascii="TheSansOffice" w:hAnsi="TheSansOffice"/>
        <w:sz w:val="16"/>
        <w:szCs w:val="16"/>
      </w:rPr>
      <w:fldChar w:fldCharType="begin"/>
    </w:r>
    <w:r w:rsidRPr="00E86AFC">
      <w:rPr>
        <w:rFonts w:ascii="TheSansOffice" w:hAnsi="TheSansOffice"/>
        <w:sz w:val="16"/>
        <w:szCs w:val="16"/>
      </w:rPr>
      <w:instrText>PAGE   \* MERGEFORMAT</w:instrText>
    </w:r>
    <w:r w:rsidRPr="00E86AFC">
      <w:rPr>
        <w:rFonts w:ascii="TheSansOffice" w:hAnsi="TheSansOffice"/>
        <w:sz w:val="16"/>
        <w:szCs w:val="16"/>
      </w:rPr>
      <w:fldChar w:fldCharType="separate"/>
    </w:r>
    <w:r>
      <w:rPr>
        <w:rFonts w:ascii="TheSansOffice" w:hAnsi="TheSansOffice"/>
        <w:sz w:val="16"/>
        <w:szCs w:val="16"/>
      </w:rPr>
      <w:t>2</w:t>
    </w:r>
    <w:r w:rsidRPr="00E86AFC">
      <w:rPr>
        <w:rFonts w:ascii="TheSansOffice" w:hAnsi="TheSansOffice"/>
        <w:sz w:val="16"/>
        <w:szCs w:val="16"/>
      </w:rPr>
      <w:fldChar w:fldCharType="end"/>
    </w:r>
  </w:p>
  <w:p w14:paraId="2E62AB33" w14:textId="77777777" w:rsidR="00076594" w:rsidRDefault="000765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A80" w14:textId="77777777" w:rsidR="00851F7D" w:rsidRPr="00E86AFC" w:rsidRDefault="00851F7D" w:rsidP="00851F7D">
    <w:pPr>
      <w:pStyle w:val="Fuzeile"/>
      <w:rPr>
        <w:rFonts w:ascii="TheSansOffice" w:hAnsi="TheSansOffice"/>
        <w:sz w:val="16"/>
        <w:szCs w:val="16"/>
      </w:rPr>
    </w:pPr>
    <w:r>
      <w:rPr>
        <w:rFonts w:ascii="TheSansOffice" w:hAnsi="TheSansOffice"/>
        <w:sz w:val="16"/>
        <w:szCs w:val="16"/>
      </w:rPr>
      <w:t>Selbstdeklaration pro Anbieter 2027</w:t>
    </w:r>
    <w:r>
      <w:rPr>
        <w:rFonts w:ascii="TheSansOffice" w:hAnsi="TheSansOffice"/>
        <w:sz w:val="16"/>
        <w:szCs w:val="16"/>
      </w:rPr>
      <w:tab/>
    </w:r>
    <w:r>
      <w:rPr>
        <w:rFonts w:ascii="TheSansOffice" w:hAnsi="TheSansOffice"/>
        <w:sz w:val="16"/>
        <w:szCs w:val="16"/>
      </w:rPr>
      <w:tab/>
    </w:r>
    <w:r w:rsidRPr="00E86AFC">
      <w:rPr>
        <w:rFonts w:ascii="TheSansOffice" w:hAnsi="TheSansOffice"/>
        <w:sz w:val="16"/>
        <w:szCs w:val="16"/>
      </w:rPr>
      <w:fldChar w:fldCharType="begin"/>
    </w:r>
    <w:r w:rsidRPr="00E86AFC">
      <w:rPr>
        <w:rFonts w:ascii="TheSansOffice" w:hAnsi="TheSansOffice"/>
        <w:sz w:val="16"/>
        <w:szCs w:val="16"/>
      </w:rPr>
      <w:instrText>PAGE   \* MERGEFORMAT</w:instrText>
    </w:r>
    <w:r w:rsidRPr="00E86AFC">
      <w:rPr>
        <w:rFonts w:ascii="TheSansOffice" w:hAnsi="TheSansOffice"/>
        <w:sz w:val="16"/>
        <w:szCs w:val="16"/>
      </w:rPr>
      <w:fldChar w:fldCharType="separate"/>
    </w:r>
    <w:r>
      <w:rPr>
        <w:rFonts w:ascii="TheSansOffice" w:hAnsi="TheSansOffice"/>
        <w:sz w:val="16"/>
        <w:szCs w:val="16"/>
      </w:rPr>
      <w:t>2</w:t>
    </w:r>
    <w:r w:rsidRPr="00E86AFC">
      <w:rPr>
        <w:rFonts w:ascii="TheSansOffice" w:hAnsi="TheSansOffice"/>
        <w:sz w:val="16"/>
        <w:szCs w:val="16"/>
      </w:rPr>
      <w:fldChar w:fldCharType="end"/>
    </w:r>
  </w:p>
  <w:p w14:paraId="6ABA0427" w14:textId="77777777" w:rsidR="00851F7D" w:rsidRDefault="00851F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A5D2" w14:textId="77777777" w:rsidR="00465C02" w:rsidRDefault="00465C02" w:rsidP="00E86AFC">
      <w:pPr>
        <w:spacing w:after="0" w:line="240" w:lineRule="auto"/>
      </w:pPr>
      <w:r>
        <w:separator/>
      </w:r>
    </w:p>
  </w:footnote>
  <w:footnote w:type="continuationSeparator" w:id="0">
    <w:p w14:paraId="6F31C27D" w14:textId="77777777" w:rsidR="00465C02" w:rsidRDefault="00465C02" w:rsidP="00E8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6B24" w14:textId="42C90884" w:rsidR="001B13ED" w:rsidRDefault="001B13ED" w:rsidP="00851F7D">
    <w:pPr>
      <w:pStyle w:val="Kopfzeile1Folgeseite"/>
      <w:jc w:val="center"/>
      <w:rPr>
        <w:b/>
        <w:noProof/>
      </w:rPr>
    </w:pPr>
  </w:p>
  <w:p w14:paraId="59040D6F" w14:textId="77777777" w:rsidR="001B13ED" w:rsidRDefault="001B13ED" w:rsidP="001B13ED">
    <w:pPr>
      <w:pStyle w:val="Kopfzeile1Folgeseite"/>
      <w:rPr>
        <w:b/>
        <w:noProof/>
      </w:rPr>
    </w:pPr>
  </w:p>
  <w:p w14:paraId="0B842E80" w14:textId="77777777" w:rsidR="001B13ED" w:rsidRDefault="001B13ED" w:rsidP="001B13ED">
    <w:pPr>
      <w:pStyle w:val="Kopfzeile1Folgeseite"/>
      <w:rPr>
        <w:b/>
        <w:noProof/>
      </w:rPr>
    </w:pPr>
  </w:p>
  <w:p w14:paraId="68F88970" w14:textId="77777777" w:rsidR="001B13ED" w:rsidRPr="005A1729" w:rsidRDefault="001B13ED" w:rsidP="001B13ED">
    <w:pPr>
      <w:pStyle w:val="Kopfzeile1Folgeseite"/>
      <w:rPr>
        <w:b/>
        <w:noProof/>
        <w:szCs w:val="16"/>
      </w:rPr>
    </w:pPr>
    <w:r w:rsidRPr="005A1729">
      <w:rPr>
        <w:b/>
        <w:noProof/>
        <w:szCs w:val="16"/>
      </w:rPr>
      <w:t>Kanton Basel-Stadt</w:t>
    </w:r>
  </w:p>
  <w:p w14:paraId="74B32F43" w14:textId="3CB1B59D" w:rsidR="001B13ED" w:rsidRDefault="001B13ED" w:rsidP="0056002D">
    <w:pPr>
      <w:pStyle w:val="Kopfzeile"/>
      <w:tabs>
        <w:tab w:val="clear" w:pos="4680"/>
        <w:tab w:val="clear" w:pos="9360"/>
        <w:tab w:val="left" w:pos="51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EADE" w14:textId="77777777" w:rsidR="003B222F" w:rsidRDefault="003B222F" w:rsidP="003B222F">
    <w:pPr>
      <w:pStyle w:val="Kopfzeile1Folgeseite"/>
      <w:rPr>
        <w:b/>
        <w:noProof/>
      </w:rPr>
    </w:pPr>
    <w:r w:rsidRPr="009D3FD7">
      <w:rPr>
        <w:b/>
        <w:noProof/>
      </w:rPr>
      <w:drawing>
        <wp:anchor distT="0" distB="0" distL="114300" distR="114300" simplePos="0" relativeHeight="251661312" behindDoc="1" locked="0" layoutInCell="1" allowOverlap="1" wp14:anchorId="38F46EA7" wp14:editId="1445C401">
          <wp:simplePos x="0" y="0"/>
          <wp:positionH relativeFrom="column">
            <wp:posOffset>-777240</wp:posOffset>
          </wp:positionH>
          <wp:positionV relativeFrom="paragraph">
            <wp:posOffset>-439098</wp:posOffset>
          </wp:positionV>
          <wp:extent cx="7558405" cy="1762125"/>
          <wp:effectExtent l="0" t="0" r="4445" b="9525"/>
          <wp:wrapNone/>
          <wp:docPr id="1864709598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5413B" w14:textId="77777777" w:rsidR="003B222F" w:rsidRDefault="003B222F" w:rsidP="003B222F">
    <w:pPr>
      <w:pStyle w:val="Kopfzeile1Folgeseite"/>
      <w:rPr>
        <w:b/>
        <w:noProof/>
      </w:rPr>
    </w:pPr>
  </w:p>
  <w:p w14:paraId="19A45492" w14:textId="77777777" w:rsidR="003B222F" w:rsidRDefault="003B222F" w:rsidP="003B222F">
    <w:pPr>
      <w:pStyle w:val="Kopfzeile1Folgeseite"/>
      <w:rPr>
        <w:b/>
        <w:noProof/>
      </w:rPr>
    </w:pPr>
  </w:p>
  <w:p w14:paraId="504D1A3D" w14:textId="77777777" w:rsidR="003B222F" w:rsidRPr="003E5B8A" w:rsidRDefault="003B222F" w:rsidP="003B222F">
    <w:pPr>
      <w:pStyle w:val="Kopfzeile1Folgeseite"/>
      <w:rPr>
        <w:b/>
        <w:noProof/>
        <w:sz w:val="24"/>
      </w:rPr>
    </w:pPr>
    <w:r w:rsidRPr="003E5B8A">
      <w:rPr>
        <w:b/>
        <w:noProof/>
        <w:sz w:val="24"/>
      </w:rPr>
      <w:t>Kanton Basel-Stadt</w:t>
    </w:r>
  </w:p>
  <w:p w14:paraId="454FCE3A" w14:textId="77777777" w:rsidR="001B13ED" w:rsidRDefault="001B13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6932475">
    <w:abstractNumId w:val="8"/>
  </w:num>
  <w:num w:numId="2" w16cid:durableId="872692462">
    <w:abstractNumId w:val="6"/>
  </w:num>
  <w:num w:numId="3" w16cid:durableId="250087602">
    <w:abstractNumId w:val="5"/>
  </w:num>
  <w:num w:numId="4" w16cid:durableId="1802338026">
    <w:abstractNumId w:val="4"/>
  </w:num>
  <w:num w:numId="5" w16cid:durableId="1895308328">
    <w:abstractNumId w:val="7"/>
  </w:num>
  <w:num w:numId="6" w16cid:durableId="92090344">
    <w:abstractNumId w:val="3"/>
  </w:num>
  <w:num w:numId="7" w16cid:durableId="124979599">
    <w:abstractNumId w:val="2"/>
  </w:num>
  <w:num w:numId="8" w16cid:durableId="594018831">
    <w:abstractNumId w:val="1"/>
  </w:num>
  <w:num w:numId="9" w16cid:durableId="127181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cumentProtection w:edit="forms" w:enforcement="1" w:cryptProviderType="rsaAES" w:cryptAlgorithmClass="hash" w:cryptAlgorithmType="typeAny" w:cryptAlgorithmSid="14" w:cryptSpinCount="100000" w:hash="48t8/Aq+6sHM5SH2xW1JeKR1mPDzLMoRMnzmNTLxHLpLHnHPiu4mmDZa5P4+NArX1iztaPbvlmOTP7oXIjBuag==" w:salt="ux1WlJguYt2X3kl+JQs/Kw=="/>
  <w:defaultTabStop w:val="720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6A8"/>
    <w:rsid w:val="00006F27"/>
    <w:rsid w:val="00034616"/>
    <w:rsid w:val="0006063C"/>
    <w:rsid w:val="00076594"/>
    <w:rsid w:val="0009065D"/>
    <w:rsid w:val="000C2B16"/>
    <w:rsid w:val="000E3B33"/>
    <w:rsid w:val="0010105C"/>
    <w:rsid w:val="001163D0"/>
    <w:rsid w:val="00122405"/>
    <w:rsid w:val="0012340B"/>
    <w:rsid w:val="00125E1B"/>
    <w:rsid w:val="001354CE"/>
    <w:rsid w:val="0015074B"/>
    <w:rsid w:val="001660B0"/>
    <w:rsid w:val="00184DDA"/>
    <w:rsid w:val="0019166A"/>
    <w:rsid w:val="001B13ED"/>
    <w:rsid w:val="001D1857"/>
    <w:rsid w:val="0020044A"/>
    <w:rsid w:val="00230B8C"/>
    <w:rsid w:val="002340BA"/>
    <w:rsid w:val="0024068A"/>
    <w:rsid w:val="00254DA0"/>
    <w:rsid w:val="00263D1F"/>
    <w:rsid w:val="00272F86"/>
    <w:rsid w:val="0029639D"/>
    <w:rsid w:val="002A7DB8"/>
    <w:rsid w:val="002B17F0"/>
    <w:rsid w:val="002B62B8"/>
    <w:rsid w:val="002D4907"/>
    <w:rsid w:val="002E0F3E"/>
    <w:rsid w:val="002E2C66"/>
    <w:rsid w:val="002E4CDB"/>
    <w:rsid w:val="00303648"/>
    <w:rsid w:val="00311C3E"/>
    <w:rsid w:val="00317C43"/>
    <w:rsid w:val="00320083"/>
    <w:rsid w:val="00326F90"/>
    <w:rsid w:val="003446B3"/>
    <w:rsid w:val="0039093F"/>
    <w:rsid w:val="003B222F"/>
    <w:rsid w:val="003C5901"/>
    <w:rsid w:val="003E12B7"/>
    <w:rsid w:val="00456790"/>
    <w:rsid w:val="00465C02"/>
    <w:rsid w:val="00467528"/>
    <w:rsid w:val="00470A19"/>
    <w:rsid w:val="00476614"/>
    <w:rsid w:val="00477745"/>
    <w:rsid w:val="004A49C3"/>
    <w:rsid w:val="004A6A1F"/>
    <w:rsid w:val="0050338C"/>
    <w:rsid w:val="005103F1"/>
    <w:rsid w:val="00513D85"/>
    <w:rsid w:val="00531CF8"/>
    <w:rsid w:val="0056002D"/>
    <w:rsid w:val="00562AD0"/>
    <w:rsid w:val="00575008"/>
    <w:rsid w:val="00591253"/>
    <w:rsid w:val="005970C5"/>
    <w:rsid w:val="005A1729"/>
    <w:rsid w:val="005D09F5"/>
    <w:rsid w:val="006032A6"/>
    <w:rsid w:val="006076CC"/>
    <w:rsid w:val="00621FA3"/>
    <w:rsid w:val="006355FA"/>
    <w:rsid w:val="0067736B"/>
    <w:rsid w:val="00694C2C"/>
    <w:rsid w:val="006A4D2F"/>
    <w:rsid w:val="006A7AA0"/>
    <w:rsid w:val="006B0C09"/>
    <w:rsid w:val="006B2D51"/>
    <w:rsid w:val="006D62CE"/>
    <w:rsid w:val="007011E3"/>
    <w:rsid w:val="0071225A"/>
    <w:rsid w:val="00714813"/>
    <w:rsid w:val="00716B0B"/>
    <w:rsid w:val="007215EB"/>
    <w:rsid w:val="00721D0B"/>
    <w:rsid w:val="007261BB"/>
    <w:rsid w:val="00740075"/>
    <w:rsid w:val="00744EBC"/>
    <w:rsid w:val="00756BAB"/>
    <w:rsid w:val="007572B4"/>
    <w:rsid w:val="00760F1B"/>
    <w:rsid w:val="00770F49"/>
    <w:rsid w:val="007730AB"/>
    <w:rsid w:val="00775C7A"/>
    <w:rsid w:val="007925D6"/>
    <w:rsid w:val="007D034E"/>
    <w:rsid w:val="007E6B91"/>
    <w:rsid w:val="007F7C4A"/>
    <w:rsid w:val="0081039C"/>
    <w:rsid w:val="00810A05"/>
    <w:rsid w:val="00831842"/>
    <w:rsid w:val="00832F21"/>
    <w:rsid w:val="00851F7D"/>
    <w:rsid w:val="00862D70"/>
    <w:rsid w:val="00872E78"/>
    <w:rsid w:val="00882DA5"/>
    <w:rsid w:val="008941E5"/>
    <w:rsid w:val="008B07A5"/>
    <w:rsid w:val="008F1A60"/>
    <w:rsid w:val="0090109D"/>
    <w:rsid w:val="00921BED"/>
    <w:rsid w:val="00922790"/>
    <w:rsid w:val="009428CA"/>
    <w:rsid w:val="00982424"/>
    <w:rsid w:val="00990297"/>
    <w:rsid w:val="00A011A0"/>
    <w:rsid w:val="00A14049"/>
    <w:rsid w:val="00A16F2F"/>
    <w:rsid w:val="00A42E0C"/>
    <w:rsid w:val="00A43117"/>
    <w:rsid w:val="00A470BF"/>
    <w:rsid w:val="00A517C9"/>
    <w:rsid w:val="00A6484E"/>
    <w:rsid w:val="00A64B7F"/>
    <w:rsid w:val="00AA1D8D"/>
    <w:rsid w:val="00AB6AFE"/>
    <w:rsid w:val="00AB6FC4"/>
    <w:rsid w:val="00AC58FB"/>
    <w:rsid w:val="00AD417A"/>
    <w:rsid w:val="00B01041"/>
    <w:rsid w:val="00B166C2"/>
    <w:rsid w:val="00B233AA"/>
    <w:rsid w:val="00B26809"/>
    <w:rsid w:val="00B278B2"/>
    <w:rsid w:val="00B345A9"/>
    <w:rsid w:val="00B47730"/>
    <w:rsid w:val="00B64717"/>
    <w:rsid w:val="00B771F2"/>
    <w:rsid w:val="00B957E8"/>
    <w:rsid w:val="00BA36DB"/>
    <w:rsid w:val="00BB7663"/>
    <w:rsid w:val="00BC03C3"/>
    <w:rsid w:val="00BE3394"/>
    <w:rsid w:val="00C04F1C"/>
    <w:rsid w:val="00C0512E"/>
    <w:rsid w:val="00C1202D"/>
    <w:rsid w:val="00C3328E"/>
    <w:rsid w:val="00C336A4"/>
    <w:rsid w:val="00C60EDB"/>
    <w:rsid w:val="00C71E8A"/>
    <w:rsid w:val="00C8223E"/>
    <w:rsid w:val="00C871A4"/>
    <w:rsid w:val="00C94C4A"/>
    <w:rsid w:val="00CA2034"/>
    <w:rsid w:val="00CB0664"/>
    <w:rsid w:val="00CD69AD"/>
    <w:rsid w:val="00CF5304"/>
    <w:rsid w:val="00CF6B4D"/>
    <w:rsid w:val="00D00EA7"/>
    <w:rsid w:val="00D048F7"/>
    <w:rsid w:val="00D126B3"/>
    <w:rsid w:val="00D248D6"/>
    <w:rsid w:val="00D24BCD"/>
    <w:rsid w:val="00D33F46"/>
    <w:rsid w:val="00D51EE0"/>
    <w:rsid w:val="00D7387C"/>
    <w:rsid w:val="00DA0337"/>
    <w:rsid w:val="00DB5256"/>
    <w:rsid w:val="00DC1DCB"/>
    <w:rsid w:val="00DD338A"/>
    <w:rsid w:val="00DE08B6"/>
    <w:rsid w:val="00DE24FC"/>
    <w:rsid w:val="00E1156D"/>
    <w:rsid w:val="00E2765C"/>
    <w:rsid w:val="00E27662"/>
    <w:rsid w:val="00E33489"/>
    <w:rsid w:val="00E75772"/>
    <w:rsid w:val="00E7756D"/>
    <w:rsid w:val="00E86AFC"/>
    <w:rsid w:val="00E8719A"/>
    <w:rsid w:val="00EE493C"/>
    <w:rsid w:val="00F26116"/>
    <w:rsid w:val="00F7352E"/>
    <w:rsid w:val="00F745CF"/>
    <w:rsid w:val="00F804EA"/>
    <w:rsid w:val="00F829EB"/>
    <w:rsid w:val="00F83EA4"/>
    <w:rsid w:val="00F92718"/>
    <w:rsid w:val="00FC22E7"/>
    <w:rsid w:val="00FC3839"/>
    <w:rsid w:val="00FC693F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1D4D5EA"/>
  <w14:defaultImageDpi w14:val="330"/>
  <w15:docId w15:val="{9BF43488-B609-428E-B352-F4B0D0C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431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431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4311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31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3117"/>
    <w:rPr>
      <w:b/>
      <w:bCs/>
      <w:sz w:val="20"/>
      <w:szCs w:val="20"/>
    </w:rPr>
  </w:style>
  <w:style w:type="paragraph" w:customStyle="1" w:styleId="Kopfzeile1Folgeseite">
    <w:name w:val="Kopfzeile1Folgeseite"/>
    <w:basedOn w:val="Standard"/>
    <w:next w:val="Standard"/>
    <w:rsid w:val="001B13ED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6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1879</Words>
  <Characters>11843</Characters>
  <Application>Microsoft Office Word</Application>
  <DocSecurity>0</DocSecurity>
  <Lines>98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Della Rocca, Antonella</cp:lastModifiedBy>
  <cp:revision>6</cp:revision>
  <cp:lastPrinted>2026-06-30T07:51:00Z</cp:lastPrinted>
  <dcterms:created xsi:type="dcterms:W3CDTF">2026-07-15T06:54:00Z</dcterms:created>
  <dcterms:modified xsi:type="dcterms:W3CDTF">2026-07-21T10:35:00Z</dcterms:modified>
  <cp:category/>
</cp:coreProperties>
</file>